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7A0A2" w14:textId="77777777" w:rsidR="00283F55" w:rsidRDefault="00283F55" w:rsidP="00E45A43">
      <w:pPr>
        <w:spacing w:after="100"/>
        <w:rPr>
          <w:b/>
          <w:sz w:val="30"/>
        </w:rPr>
      </w:pPr>
    </w:p>
    <w:p w14:paraId="379AD15C" w14:textId="77777777" w:rsidR="00692B28" w:rsidRPr="00DC2ED5" w:rsidRDefault="00491510">
      <w:pPr>
        <w:spacing w:after="100"/>
        <w:jc w:val="center"/>
        <w:rPr>
          <w:b/>
          <w:sz w:val="28"/>
          <w:szCs w:val="20"/>
        </w:rPr>
      </w:pPr>
      <w:r w:rsidRPr="00DC2ED5">
        <w:rPr>
          <w:b/>
          <w:sz w:val="28"/>
          <w:szCs w:val="20"/>
        </w:rPr>
        <w:t>CONTRIBUTION TO TRAVEL AND SUBSISTENCE EXPENSES</w:t>
      </w:r>
      <w:r w:rsidR="009179F3" w:rsidRPr="00DC2ED5">
        <w:rPr>
          <w:b/>
          <w:sz w:val="28"/>
          <w:szCs w:val="20"/>
        </w:rPr>
        <w:t xml:space="preserve"> </w:t>
      </w:r>
    </w:p>
    <w:p w14:paraId="489C9597" w14:textId="210E2B2B" w:rsidR="00514281" w:rsidRDefault="005D43D7">
      <w:pPr>
        <w:spacing w:after="100"/>
        <w:jc w:val="center"/>
        <w:rPr>
          <w:b/>
          <w:sz w:val="28"/>
          <w:szCs w:val="20"/>
        </w:rPr>
      </w:pPr>
      <w:r w:rsidRPr="00DC2ED5">
        <w:rPr>
          <w:b/>
          <w:sz w:val="28"/>
          <w:szCs w:val="20"/>
        </w:rPr>
        <w:t>(</w:t>
      </w:r>
      <w:r w:rsidR="001C5EEF" w:rsidRPr="00DC2ED5">
        <w:rPr>
          <w:b/>
          <w:sz w:val="28"/>
          <w:szCs w:val="20"/>
        </w:rPr>
        <w:t>ARTICLE 9 – SPECIAL</w:t>
      </w:r>
      <w:r w:rsidRPr="00DC2ED5">
        <w:rPr>
          <w:b/>
          <w:sz w:val="28"/>
          <w:szCs w:val="20"/>
        </w:rPr>
        <w:t xml:space="preserve"> NEEDS)</w:t>
      </w:r>
    </w:p>
    <w:p w14:paraId="0C6E1AFD" w14:textId="77777777" w:rsidR="00993FFC" w:rsidRDefault="00993FFC">
      <w:pPr>
        <w:spacing w:after="100"/>
        <w:jc w:val="center"/>
        <w:rPr>
          <w:b/>
          <w:sz w:val="28"/>
          <w:szCs w:val="20"/>
        </w:rPr>
      </w:pPr>
    </w:p>
    <w:p w14:paraId="14D40C0D" w14:textId="5CED9B31" w:rsidR="00230783" w:rsidRPr="00FB1A01" w:rsidRDefault="00221DCA">
      <w:pPr>
        <w:spacing w:after="100"/>
        <w:jc w:val="center"/>
        <w:rPr>
          <w:b/>
          <w:sz w:val="24"/>
          <w:szCs w:val="24"/>
        </w:rPr>
      </w:pPr>
      <w:r w:rsidRPr="00FB1A01">
        <w:rPr>
          <w:b/>
          <w:sz w:val="24"/>
          <w:szCs w:val="24"/>
        </w:rPr>
        <w:t>This form needs to be sen</w:t>
      </w:r>
      <w:r w:rsidR="00CE65AB" w:rsidRPr="00FB1A01">
        <w:rPr>
          <w:b/>
          <w:sz w:val="24"/>
          <w:szCs w:val="24"/>
        </w:rPr>
        <w:t>t</w:t>
      </w:r>
      <w:r w:rsidRPr="00FB1A01">
        <w:rPr>
          <w:b/>
          <w:sz w:val="24"/>
          <w:szCs w:val="24"/>
        </w:rPr>
        <w:t xml:space="preserve"> within 5 days after the invitation</w:t>
      </w:r>
      <w:r w:rsidR="00934CEA" w:rsidRPr="00FB1A01">
        <w:rPr>
          <w:b/>
          <w:sz w:val="24"/>
          <w:szCs w:val="24"/>
        </w:rPr>
        <w:t xml:space="preserve"> </w:t>
      </w:r>
      <w:r w:rsidR="0049076D" w:rsidRPr="00FB1A01">
        <w:rPr>
          <w:b/>
          <w:sz w:val="24"/>
          <w:szCs w:val="24"/>
        </w:rPr>
        <w:t xml:space="preserve">to the test </w:t>
      </w:r>
      <w:r w:rsidR="00CE65AB" w:rsidRPr="00FB1A01">
        <w:rPr>
          <w:b/>
          <w:sz w:val="24"/>
          <w:szCs w:val="24"/>
        </w:rPr>
        <w:t>center</w:t>
      </w:r>
      <w:r w:rsidR="0049076D" w:rsidRPr="00FB1A01">
        <w:rPr>
          <w:b/>
          <w:sz w:val="24"/>
          <w:szCs w:val="24"/>
        </w:rPr>
        <w:t xml:space="preserve"> and this same form </w:t>
      </w:r>
      <w:r w:rsidR="00480C19" w:rsidRPr="00FB1A01">
        <w:rPr>
          <w:b/>
          <w:sz w:val="24"/>
          <w:szCs w:val="24"/>
        </w:rPr>
        <w:t>should be used as a request for reimbursement after the test.</w:t>
      </w:r>
    </w:p>
    <w:p w14:paraId="7200D42B" w14:textId="77777777" w:rsidR="00993FFC" w:rsidRPr="00FB1A01" w:rsidRDefault="00993FFC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341"/>
        <w:gridCol w:w="2551"/>
        <w:gridCol w:w="1851"/>
        <w:gridCol w:w="2581"/>
      </w:tblGrid>
      <w:tr w:rsidR="00514281" w:rsidRPr="00FB1A01" w14:paraId="5CBC83E6" w14:textId="77777777" w:rsidTr="00FB1A01">
        <w:trPr>
          <w:cantSplit/>
        </w:trPr>
        <w:tc>
          <w:tcPr>
            <w:tcW w:w="3341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23AE5A" w14:textId="77777777" w:rsidR="00514281" w:rsidRPr="00FB1A01" w:rsidRDefault="00491510" w:rsidP="005F7C95">
            <w:pPr>
              <w:spacing w:before="240"/>
              <w:rPr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Competition/Selection n°:</w:t>
            </w:r>
          </w:p>
        </w:tc>
        <w:tc>
          <w:tcPr>
            <w:tcW w:w="255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E48D23" w14:textId="77777777" w:rsidR="00514281" w:rsidRPr="00FB1A01" w:rsidRDefault="00514281" w:rsidP="005F7C95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EDED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073469" w14:textId="77777777" w:rsidR="00514281" w:rsidRPr="00FB1A01" w:rsidRDefault="00491510" w:rsidP="005F7C95">
            <w:pPr>
              <w:spacing w:before="240"/>
              <w:rPr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Candidate n°:</w:t>
            </w:r>
          </w:p>
        </w:tc>
        <w:tc>
          <w:tcPr>
            <w:tcW w:w="25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725891" w14:textId="77777777" w:rsidR="00514281" w:rsidRPr="00FB1A01" w:rsidRDefault="00514281" w:rsidP="005F7C95">
            <w:pPr>
              <w:spacing w:before="240"/>
              <w:rPr>
                <w:sz w:val="24"/>
                <w:szCs w:val="24"/>
              </w:rPr>
            </w:pPr>
          </w:p>
        </w:tc>
      </w:tr>
    </w:tbl>
    <w:p w14:paraId="471CE47F" w14:textId="77777777" w:rsidR="00514281" w:rsidRPr="00FB1A01" w:rsidRDefault="00514281">
      <w:pPr>
        <w:spacing w:after="20"/>
        <w:rPr>
          <w:sz w:val="24"/>
          <w:szCs w:val="24"/>
        </w:rPr>
      </w:pPr>
    </w:p>
    <w:p w14:paraId="1CF98AC0" w14:textId="77777777" w:rsidR="00993FFC" w:rsidRPr="00FB1A01" w:rsidRDefault="00993FFC">
      <w:pPr>
        <w:spacing w:after="20"/>
        <w:rPr>
          <w:sz w:val="24"/>
          <w:szCs w:val="24"/>
        </w:rPr>
      </w:pPr>
    </w:p>
    <w:p w14:paraId="3A76C317" w14:textId="287BD0D7" w:rsidR="00514281" w:rsidRPr="00FB1A01" w:rsidRDefault="00491510" w:rsidP="00993FFC">
      <w:pPr>
        <w:pStyle w:val="ListParagraph"/>
        <w:numPr>
          <w:ilvl w:val="0"/>
          <w:numId w:val="10"/>
        </w:numPr>
        <w:spacing w:before="80" w:after="40"/>
        <w:rPr>
          <w:b/>
          <w:sz w:val="24"/>
          <w:szCs w:val="24"/>
        </w:rPr>
      </w:pPr>
      <w:r w:rsidRPr="00FB1A01">
        <w:rPr>
          <w:b/>
          <w:sz w:val="24"/>
          <w:szCs w:val="24"/>
        </w:rPr>
        <w:t>Candidate</w:t>
      </w:r>
    </w:p>
    <w:p w14:paraId="133662DF" w14:textId="77777777" w:rsidR="00993FFC" w:rsidRPr="00FB1A01" w:rsidRDefault="00993FFC" w:rsidP="00993FFC">
      <w:pPr>
        <w:pStyle w:val="ListParagraph"/>
        <w:spacing w:before="80" w:after="40"/>
        <w:rPr>
          <w:sz w:val="24"/>
          <w:szCs w:val="24"/>
        </w:rPr>
      </w:pPr>
    </w:p>
    <w:tbl>
      <w:tblPr>
        <w:tblW w:w="0" w:type="auto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774"/>
        <w:gridCol w:w="3118"/>
        <w:gridCol w:w="1134"/>
        <w:gridCol w:w="3298"/>
      </w:tblGrid>
      <w:tr w:rsidR="00514281" w:rsidRPr="00FB1A01" w14:paraId="52BCA1F2" w14:textId="77777777" w:rsidTr="00A14A20">
        <w:trPr>
          <w:cantSplit/>
          <w:trHeight w:val="478"/>
        </w:trPr>
        <w:tc>
          <w:tcPr>
            <w:tcW w:w="2774" w:type="dxa"/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2712DB" w14:textId="77777777" w:rsidR="00514281" w:rsidRPr="00FB1A01" w:rsidRDefault="00491510">
            <w:pPr>
              <w:spacing w:after="0"/>
              <w:rPr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Surname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0B6307" w14:textId="77777777" w:rsidR="00514281" w:rsidRPr="00FB1A01" w:rsidRDefault="0051428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E2ECF8" w14:textId="77777777" w:rsidR="00514281" w:rsidRPr="00FB1A01" w:rsidRDefault="00491510">
            <w:pPr>
              <w:spacing w:after="0"/>
              <w:rPr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First name</w:t>
            </w:r>
          </w:p>
        </w:tc>
        <w:tc>
          <w:tcPr>
            <w:tcW w:w="32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A9AF73" w14:textId="77777777" w:rsidR="00514281" w:rsidRPr="00FB1A01" w:rsidRDefault="00514281">
            <w:pPr>
              <w:spacing w:after="0"/>
              <w:rPr>
                <w:sz w:val="24"/>
                <w:szCs w:val="24"/>
              </w:rPr>
            </w:pPr>
          </w:p>
        </w:tc>
      </w:tr>
      <w:tr w:rsidR="005E0FC5" w:rsidRPr="00FB1A01" w14:paraId="3949133F" w14:textId="77777777" w:rsidTr="00A14A20">
        <w:trPr>
          <w:cantSplit/>
          <w:trHeight w:val="430"/>
        </w:trPr>
        <w:tc>
          <w:tcPr>
            <w:tcW w:w="2774" w:type="dxa"/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7A419F" w14:textId="586B835C" w:rsidR="005E0FC5" w:rsidRPr="00FB1A01" w:rsidRDefault="005E0FC5">
            <w:pPr>
              <w:spacing w:after="0"/>
              <w:rPr>
                <w:b/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7550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70325E" w14:textId="77777777" w:rsidR="005E0FC5" w:rsidRPr="00FB1A01" w:rsidRDefault="005E0FC5">
            <w:pPr>
              <w:spacing w:after="0"/>
              <w:rPr>
                <w:sz w:val="24"/>
                <w:szCs w:val="24"/>
              </w:rPr>
            </w:pPr>
          </w:p>
        </w:tc>
      </w:tr>
      <w:tr w:rsidR="005E0FC5" w:rsidRPr="00FB1A01" w14:paraId="0FAED49C" w14:textId="77777777" w:rsidTr="00D04166">
        <w:trPr>
          <w:cantSplit/>
        </w:trPr>
        <w:tc>
          <w:tcPr>
            <w:tcW w:w="2774" w:type="dxa"/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9DB295" w14:textId="4F3A116E" w:rsidR="005E0FC5" w:rsidRPr="00FB1A01" w:rsidRDefault="005E0FC5">
            <w:pPr>
              <w:spacing w:after="0"/>
              <w:rPr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Name of the person who needs to assist you, if applicable</w:t>
            </w:r>
          </w:p>
        </w:tc>
        <w:tc>
          <w:tcPr>
            <w:tcW w:w="7550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06A9D9" w14:textId="4ADD5B96" w:rsidR="005E0FC5" w:rsidRPr="00FB1A01" w:rsidRDefault="005E0FC5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4E2EE586" w14:textId="77777777" w:rsidR="00283F55" w:rsidRPr="00FB1A01" w:rsidRDefault="00283F55">
      <w:pPr>
        <w:spacing w:after="40"/>
        <w:rPr>
          <w:b/>
          <w:sz w:val="24"/>
          <w:szCs w:val="24"/>
        </w:rPr>
      </w:pPr>
    </w:p>
    <w:p w14:paraId="60A0266C" w14:textId="77777777" w:rsidR="00993FFC" w:rsidRPr="00FB1A01" w:rsidRDefault="00993FFC">
      <w:pPr>
        <w:spacing w:after="40"/>
        <w:rPr>
          <w:b/>
          <w:sz w:val="24"/>
          <w:szCs w:val="24"/>
        </w:rPr>
      </w:pPr>
    </w:p>
    <w:p w14:paraId="411F1201" w14:textId="168753A2" w:rsidR="00514281" w:rsidRPr="00FB1A01" w:rsidRDefault="00491510">
      <w:pPr>
        <w:spacing w:after="40"/>
        <w:rPr>
          <w:sz w:val="24"/>
          <w:szCs w:val="24"/>
        </w:rPr>
      </w:pPr>
      <w:r w:rsidRPr="00FB1A01">
        <w:rPr>
          <w:b/>
          <w:sz w:val="24"/>
          <w:szCs w:val="24"/>
        </w:rPr>
        <w:t>Place of residence – address: (as stated in the EPSO account):</w:t>
      </w:r>
    </w:p>
    <w:tbl>
      <w:tblPr>
        <w:tblW w:w="0" w:type="auto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781"/>
        <w:gridCol w:w="2410"/>
        <w:gridCol w:w="1418"/>
        <w:gridCol w:w="4715"/>
      </w:tblGrid>
      <w:tr w:rsidR="00402621" w:rsidRPr="00FB1A01" w14:paraId="5BF3C9DB" w14:textId="77777777" w:rsidTr="003417E9">
        <w:trPr>
          <w:cantSplit/>
        </w:trPr>
        <w:tc>
          <w:tcPr>
            <w:tcW w:w="1781" w:type="dxa"/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028614" w14:textId="77777777" w:rsidR="00402621" w:rsidRPr="00FB1A01" w:rsidRDefault="00402621">
            <w:pPr>
              <w:spacing w:after="0"/>
              <w:rPr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Street + N°</w:t>
            </w:r>
          </w:p>
        </w:tc>
        <w:tc>
          <w:tcPr>
            <w:tcW w:w="8543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A95376" w14:textId="77777777" w:rsidR="00402621" w:rsidRPr="00FB1A01" w:rsidRDefault="00402621">
            <w:pPr>
              <w:spacing w:after="0"/>
              <w:rPr>
                <w:sz w:val="24"/>
                <w:szCs w:val="24"/>
              </w:rPr>
            </w:pPr>
          </w:p>
        </w:tc>
      </w:tr>
      <w:tr w:rsidR="007E5E93" w:rsidRPr="00FB1A01" w14:paraId="75CDC6B5" w14:textId="77777777" w:rsidTr="00402621">
        <w:trPr>
          <w:cantSplit/>
        </w:trPr>
        <w:tc>
          <w:tcPr>
            <w:tcW w:w="1781" w:type="dxa"/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FCE53F" w14:textId="4DA53530" w:rsidR="007E5E93" w:rsidRPr="00FB1A01" w:rsidRDefault="007E5E93">
            <w:pPr>
              <w:spacing w:after="0"/>
              <w:rPr>
                <w:b/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Postal code</w:t>
            </w:r>
          </w:p>
        </w:tc>
        <w:tc>
          <w:tcPr>
            <w:tcW w:w="24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F37BF3" w14:textId="77777777" w:rsidR="007E5E93" w:rsidRPr="00FB1A01" w:rsidRDefault="007E5E9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E6FFDC" w14:textId="044EF13F" w:rsidR="007E5E93" w:rsidRPr="00FB1A01" w:rsidRDefault="00402621">
            <w:pPr>
              <w:spacing w:after="0"/>
              <w:rPr>
                <w:b/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Town</w:t>
            </w:r>
          </w:p>
        </w:tc>
        <w:tc>
          <w:tcPr>
            <w:tcW w:w="47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F241A8" w14:textId="77777777" w:rsidR="007E5E93" w:rsidRPr="00FB1A01" w:rsidRDefault="007E5E93">
            <w:pPr>
              <w:spacing w:after="0"/>
              <w:rPr>
                <w:sz w:val="24"/>
                <w:szCs w:val="24"/>
              </w:rPr>
            </w:pPr>
          </w:p>
        </w:tc>
      </w:tr>
      <w:tr w:rsidR="00402621" w:rsidRPr="00FB1A01" w14:paraId="086DC1EC" w14:textId="77777777" w:rsidTr="005B60EE">
        <w:trPr>
          <w:cantSplit/>
          <w:trHeight w:val="408"/>
        </w:trPr>
        <w:tc>
          <w:tcPr>
            <w:tcW w:w="1781" w:type="dxa"/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93B74B" w14:textId="79DF3BA1" w:rsidR="00402621" w:rsidRPr="00FB1A01" w:rsidRDefault="00402621">
            <w:pPr>
              <w:spacing w:after="0"/>
              <w:rPr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Country</w:t>
            </w:r>
          </w:p>
        </w:tc>
        <w:tc>
          <w:tcPr>
            <w:tcW w:w="8543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5E3040" w14:textId="77777777" w:rsidR="00402621" w:rsidRPr="00FB1A01" w:rsidRDefault="00402621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1D1DDDCA" w14:textId="77777777" w:rsidR="003657A9" w:rsidRPr="00FB1A01" w:rsidRDefault="003657A9">
      <w:pPr>
        <w:spacing w:after="40"/>
        <w:rPr>
          <w:b/>
          <w:sz w:val="24"/>
          <w:szCs w:val="24"/>
        </w:rPr>
      </w:pPr>
    </w:p>
    <w:p w14:paraId="71618724" w14:textId="77777777" w:rsidR="00993FFC" w:rsidRDefault="00993FFC">
      <w:pPr>
        <w:spacing w:before="80" w:after="40"/>
        <w:rPr>
          <w:b/>
          <w:bCs/>
          <w:sz w:val="21"/>
          <w:szCs w:val="21"/>
        </w:rPr>
      </w:pPr>
    </w:p>
    <w:p w14:paraId="6A69F2D4" w14:textId="77777777" w:rsidR="00993FFC" w:rsidRDefault="00993FFC">
      <w:pPr>
        <w:spacing w:before="80" w:after="40"/>
        <w:rPr>
          <w:b/>
          <w:bCs/>
          <w:sz w:val="21"/>
          <w:szCs w:val="21"/>
        </w:rPr>
      </w:pPr>
    </w:p>
    <w:p w14:paraId="72B1E60A" w14:textId="77777777" w:rsidR="00993FFC" w:rsidRDefault="00993FFC">
      <w:pPr>
        <w:spacing w:before="80" w:after="40"/>
        <w:rPr>
          <w:b/>
          <w:bCs/>
          <w:sz w:val="21"/>
          <w:szCs w:val="21"/>
        </w:rPr>
      </w:pPr>
    </w:p>
    <w:p w14:paraId="12037C4E" w14:textId="77777777" w:rsidR="00993FFC" w:rsidRDefault="00993FFC">
      <w:pPr>
        <w:spacing w:before="80" w:after="40"/>
        <w:rPr>
          <w:b/>
          <w:bCs/>
          <w:sz w:val="21"/>
          <w:szCs w:val="21"/>
        </w:rPr>
      </w:pPr>
    </w:p>
    <w:p w14:paraId="506F08CA" w14:textId="77777777" w:rsidR="00993FFC" w:rsidRDefault="00993FFC">
      <w:pPr>
        <w:spacing w:before="80" w:after="40"/>
        <w:rPr>
          <w:b/>
          <w:bCs/>
          <w:sz w:val="21"/>
          <w:szCs w:val="21"/>
        </w:rPr>
      </w:pPr>
    </w:p>
    <w:p w14:paraId="79B97881" w14:textId="77777777" w:rsidR="00993FFC" w:rsidRDefault="00993FFC">
      <w:pPr>
        <w:spacing w:before="80" w:after="40"/>
        <w:rPr>
          <w:b/>
          <w:bCs/>
          <w:sz w:val="21"/>
          <w:szCs w:val="21"/>
        </w:rPr>
      </w:pPr>
    </w:p>
    <w:p w14:paraId="4889EF08" w14:textId="77777777" w:rsidR="00993FFC" w:rsidRDefault="00993FFC">
      <w:pPr>
        <w:spacing w:before="80" w:after="40"/>
        <w:rPr>
          <w:b/>
          <w:bCs/>
          <w:sz w:val="21"/>
          <w:szCs w:val="21"/>
        </w:rPr>
      </w:pPr>
    </w:p>
    <w:p w14:paraId="203B8F04" w14:textId="77777777" w:rsidR="00993FFC" w:rsidRDefault="00993FFC">
      <w:pPr>
        <w:spacing w:before="80" w:after="40"/>
        <w:rPr>
          <w:b/>
          <w:bCs/>
          <w:sz w:val="21"/>
          <w:szCs w:val="21"/>
        </w:rPr>
      </w:pPr>
    </w:p>
    <w:p w14:paraId="653DEA1B" w14:textId="77777777" w:rsidR="00993FFC" w:rsidRDefault="00993FFC">
      <w:pPr>
        <w:spacing w:before="80" w:after="40"/>
        <w:rPr>
          <w:b/>
          <w:bCs/>
          <w:sz w:val="21"/>
          <w:szCs w:val="21"/>
        </w:rPr>
      </w:pPr>
    </w:p>
    <w:p w14:paraId="4114DE62" w14:textId="77777777" w:rsidR="00993FFC" w:rsidRDefault="00993FFC">
      <w:pPr>
        <w:spacing w:before="80" w:after="40"/>
        <w:rPr>
          <w:b/>
          <w:bCs/>
          <w:sz w:val="21"/>
          <w:szCs w:val="21"/>
        </w:rPr>
      </w:pPr>
    </w:p>
    <w:p w14:paraId="2DB713FC" w14:textId="77777777" w:rsidR="00993FFC" w:rsidRDefault="00993FFC">
      <w:pPr>
        <w:spacing w:before="80" w:after="40"/>
        <w:rPr>
          <w:b/>
          <w:bCs/>
          <w:sz w:val="21"/>
          <w:szCs w:val="21"/>
        </w:rPr>
      </w:pPr>
    </w:p>
    <w:p w14:paraId="35FCD067" w14:textId="77777777" w:rsidR="00993FFC" w:rsidRDefault="00993FFC">
      <w:pPr>
        <w:spacing w:before="80" w:after="40"/>
        <w:rPr>
          <w:b/>
          <w:bCs/>
          <w:sz w:val="21"/>
          <w:szCs w:val="21"/>
        </w:rPr>
      </w:pPr>
    </w:p>
    <w:p w14:paraId="182642EB" w14:textId="77777777" w:rsidR="00993FFC" w:rsidRDefault="00993FFC">
      <w:pPr>
        <w:spacing w:before="80" w:after="40"/>
        <w:rPr>
          <w:b/>
          <w:bCs/>
          <w:sz w:val="21"/>
          <w:szCs w:val="21"/>
        </w:rPr>
      </w:pPr>
    </w:p>
    <w:p w14:paraId="40233A41" w14:textId="203E7BF6" w:rsidR="00514281" w:rsidRPr="00FB1A01" w:rsidRDefault="00993FFC">
      <w:pPr>
        <w:spacing w:before="80" w:after="40"/>
        <w:rPr>
          <w:b/>
          <w:sz w:val="24"/>
          <w:szCs w:val="24"/>
        </w:rPr>
      </w:pPr>
      <w:r w:rsidRPr="00FB1A01">
        <w:rPr>
          <w:b/>
          <w:bCs/>
          <w:sz w:val="24"/>
          <w:szCs w:val="24"/>
        </w:rPr>
        <w:t>2</w:t>
      </w:r>
      <w:r w:rsidR="00AC3596" w:rsidRPr="00FB1A01">
        <w:rPr>
          <w:b/>
          <w:bCs/>
          <w:sz w:val="24"/>
          <w:szCs w:val="24"/>
        </w:rPr>
        <w:t xml:space="preserve">. </w:t>
      </w:r>
      <w:r w:rsidR="00283F55" w:rsidRPr="00FB1A01">
        <w:rPr>
          <w:b/>
          <w:bCs/>
          <w:sz w:val="24"/>
          <w:szCs w:val="24"/>
        </w:rPr>
        <w:t>Travel and accommodation costs</w:t>
      </w:r>
    </w:p>
    <w:p w14:paraId="486FACA6" w14:textId="473AA30D" w:rsidR="00B4198F" w:rsidRDefault="00B4198F">
      <w:pPr>
        <w:spacing w:before="80" w:after="40"/>
      </w:pPr>
      <w:r>
        <w:rPr>
          <w:b/>
          <w:bCs/>
          <w:sz w:val="21"/>
          <w:szCs w:val="21"/>
        </w:rPr>
        <w:t xml:space="preserve"> </w:t>
      </w:r>
    </w:p>
    <w:tbl>
      <w:tblPr>
        <w:tblW w:w="10286" w:type="dxa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065"/>
        <w:gridCol w:w="6237"/>
        <w:gridCol w:w="1984"/>
      </w:tblGrid>
      <w:tr w:rsidR="00E351A2" w:rsidRPr="00FB1A01" w14:paraId="07637781" w14:textId="77777777" w:rsidTr="00FB1A01">
        <w:trPr>
          <w:cantSplit/>
          <w:tblHeader/>
        </w:trPr>
        <w:tc>
          <w:tcPr>
            <w:tcW w:w="1028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B7B7B7"/>
              <w:right w:val="single" w:sz="4" w:space="0" w:color="auto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7B77E8" w14:textId="03A89D0D" w:rsidR="00E351A2" w:rsidRPr="00FB1A01" w:rsidRDefault="00E351A2" w:rsidP="003657A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Before the test</w:t>
            </w:r>
          </w:p>
        </w:tc>
      </w:tr>
      <w:tr w:rsidR="00E351A2" w:rsidRPr="00FB1A01" w14:paraId="0FEADF49" w14:textId="77777777" w:rsidTr="00FB1A01">
        <w:trPr>
          <w:cantSplit/>
          <w:tblHeader/>
        </w:trPr>
        <w:tc>
          <w:tcPr>
            <w:tcW w:w="1028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B7B7B7"/>
              <w:right w:val="single" w:sz="4" w:space="0" w:color="auto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759B31" w14:textId="7C6A0B2E" w:rsidR="00E351A2" w:rsidRPr="00FB1A01" w:rsidRDefault="00E351A2" w:rsidP="003657A9">
            <w:pPr>
              <w:spacing w:after="0"/>
              <w:jc w:val="center"/>
              <w:rPr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 xml:space="preserve">Prior request </w:t>
            </w:r>
          </w:p>
        </w:tc>
      </w:tr>
      <w:tr w:rsidR="00E351A2" w:rsidRPr="00FB1A01" w14:paraId="7FECDF8F" w14:textId="77777777" w:rsidTr="00FB1A01">
        <w:trPr>
          <w:cantSplit/>
        </w:trPr>
        <w:tc>
          <w:tcPr>
            <w:tcW w:w="8302" w:type="dxa"/>
            <w:gridSpan w:val="2"/>
            <w:tcBorders>
              <w:top w:val="single" w:sz="6" w:space="0" w:color="B7B7B7"/>
              <w:left w:val="single" w:sz="4" w:space="0" w:color="auto"/>
              <w:bottom w:val="single" w:sz="6" w:space="0" w:color="B7B7B7"/>
              <w:right w:val="single" w:sz="6" w:space="0" w:color="B7B7B7"/>
            </w:tcBorders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D926E" w14:textId="6480AB0C" w:rsidR="00E351A2" w:rsidRPr="00FB1A01" w:rsidRDefault="00E351A2" w:rsidP="003657A9">
            <w:pPr>
              <w:spacing w:after="0"/>
              <w:jc w:val="center"/>
              <w:rPr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Means of travel</w:t>
            </w:r>
          </w:p>
        </w:tc>
        <w:tc>
          <w:tcPr>
            <w:tcW w:w="198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C756CE" w14:textId="623F3756" w:rsidR="00E351A2" w:rsidRPr="00FB1A01" w:rsidRDefault="00E351A2" w:rsidP="003657A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FB1A01">
              <w:rPr>
                <w:b/>
                <w:bCs/>
                <w:sz w:val="24"/>
                <w:szCs w:val="24"/>
              </w:rPr>
              <w:t>Cost offer (€)</w:t>
            </w:r>
          </w:p>
        </w:tc>
      </w:tr>
      <w:tr w:rsidR="00E351A2" w:rsidRPr="00FB1A01" w14:paraId="18D08DDC" w14:textId="77777777" w:rsidTr="00F0501F">
        <w:trPr>
          <w:cantSplit/>
          <w:trHeight w:val="1417"/>
        </w:trPr>
        <w:tc>
          <w:tcPr>
            <w:tcW w:w="2065" w:type="dxa"/>
            <w:tcBorders>
              <w:top w:val="single" w:sz="6" w:space="0" w:color="B7B7B7"/>
              <w:left w:val="single" w:sz="4" w:space="0" w:color="auto"/>
              <w:bottom w:val="single" w:sz="6" w:space="0" w:color="B7B7B7"/>
              <w:right w:val="single" w:sz="6" w:space="0" w:color="B7B7B7"/>
            </w:tcBorders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49756C" w14:textId="77777777" w:rsidR="00E351A2" w:rsidRPr="00FB1A01" w:rsidRDefault="00E351A2">
            <w:pPr>
              <w:spacing w:after="0"/>
              <w:rPr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Plane</w:t>
            </w:r>
          </w:p>
        </w:tc>
        <w:tc>
          <w:tcPr>
            <w:tcW w:w="623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2A8F78" w14:textId="77777777" w:rsidR="00E351A2" w:rsidRPr="00FB1A01" w:rsidRDefault="00E351A2">
            <w:pPr>
              <w:spacing w:after="0"/>
              <w:rPr>
                <w:sz w:val="24"/>
                <w:szCs w:val="24"/>
              </w:rPr>
            </w:pPr>
            <w:r w:rsidRPr="00FB1A01">
              <w:rPr>
                <w:sz w:val="24"/>
                <w:szCs w:val="24"/>
              </w:rPr>
              <w:t xml:space="preserve">There is no specific limit for the plane ticket price, but the flight must be chosen in the </w:t>
            </w:r>
            <w:r w:rsidRPr="00FB1A01">
              <w:rPr>
                <w:sz w:val="24"/>
                <w:szCs w:val="24"/>
                <w:u w:val="single"/>
              </w:rPr>
              <w:t>most cost-efficient way possible</w:t>
            </w:r>
            <w:r w:rsidRPr="00FB1A01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CEC343" w14:textId="77777777" w:rsidR="00E351A2" w:rsidRPr="00FB1A01" w:rsidRDefault="00E351A2">
            <w:pPr>
              <w:spacing w:after="0"/>
              <w:rPr>
                <w:sz w:val="24"/>
                <w:szCs w:val="24"/>
              </w:rPr>
            </w:pPr>
          </w:p>
        </w:tc>
      </w:tr>
      <w:tr w:rsidR="00E351A2" w:rsidRPr="00FB1A01" w14:paraId="2DE927E8" w14:textId="77777777" w:rsidTr="00F0501F">
        <w:trPr>
          <w:cantSplit/>
          <w:trHeight w:val="719"/>
        </w:trPr>
        <w:tc>
          <w:tcPr>
            <w:tcW w:w="2065" w:type="dxa"/>
            <w:tcBorders>
              <w:top w:val="single" w:sz="6" w:space="0" w:color="B7B7B7"/>
              <w:left w:val="single" w:sz="4" w:space="0" w:color="auto"/>
              <w:bottom w:val="single" w:sz="6" w:space="0" w:color="B7B7B7"/>
              <w:right w:val="single" w:sz="6" w:space="0" w:color="B7B7B7"/>
            </w:tcBorders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DEFF60" w14:textId="77777777" w:rsidR="00E351A2" w:rsidRPr="00FB1A01" w:rsidRDefault="00E351A2">
            <w:pPr>
              <w:spacing w:after="0"/>
              <w:rPr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Train, bus, boat</w:t>
            </w:r>
          </w:p>
        </w:tc>
        <w:tc>
          <w:tcPr>
            <w:tcW w:w="623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F7C02B" w14:textId="77777777" w:rsidR="00E351A2" w:rsidRPr="00FB1A01" w:rsidRDefault="00E351A2">
            <w:pPr>
              <w:spacing w:after="0"/>
              <w:rPr>
                <w:sz w:val="24"/>
                <w:szCs w:val="24"/>
              </w:rPr>
            </w:pPr>
            <w:r w:rsidRPr="00FB1A01">
              <w:rPr>
                <w:sz w:val="24"/>
                <w:szCs w:val="24"/>
              </w:rPr>
              <w:t xml:space="preserve">Must be chosen in the </w:t>
            </w:r>
            <w:r w:rsidRPr="00FB1A01">
              <w:rPr>
                <w:sz w:val="24"/>
                <w:szCs w:val="24"/>
                <w:u w:val="single"/>
              </w:rPr>
              <w:t>most cost-efficient way possible</w:t>
            </w:r>
            <w:r w:rsidRPr="00FB1A01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941798" w14:textId="77777777" w:rsidR="00E351A2" w:rsidRPr="00FB1A01" w:rsidRDefault="00E351A2">
            <w:pPr>
              <w:spacing w:after="0"/>
              <w:rPr>
                <w:sz w:val="24"/>
                <w:szCs w:val="24"/>
              </w:rPr>
            </w:pPr>
          </w:p>
        </w:tc>
      </w:tr>
      <w:tr w:rsidR="00E351A2" w:rsidRPr="00FB1A01" w14:paraId="0F540F4A" w14:textId="77777777" w:rsidTr="00F0501F">
        <w:trPr>
          <w:cantSplit/>
          <w:trHeight w:val="746"/>
        </w:trPr>
        <w:tc>
          <w:tcPr>
            <w:tcW w:w="2065" w:type="dxa"/>
            <w:tcBorders>
              <w:top w:val="single" w:sz="6" w:space="0" w:color="B7B7B7"/>
              <w:left w:val="single" w:sz="4" w:space="0" w:color="auto"/>
              <w:bottom w:val="single" w:sz="6" w:space="0" w:color="B7B7B7"/>
              <w:right w:val="single" w:sz="6" w:space="0" w:color="B7B7B7"/>
            </w:tcBorders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ACB7A9" w14:textId="77777777" w:rsidR="00E351A2" w:rsidRPr="00FB1A01" w:rsidRDefault="00E351A2">
            <w:pPr>
              <w:spacing w:after="0"/>
              <w:rPr>
                <w:b/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Car</w:t>
            </w:r>
          </w:p>
        </w:tc>
        <w:tc>
          <w:tcPr>
            <w:tcW w:w="623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0EBA11" w14:textId="77777777" w:rsidR="00E351A2" w:rsidRPr="00151D9F" w:rsidRDefault="00E351A2">
            <w:pPr>
              <w:spacing w:after="0"/>
              <w:rPr>
                <w:bCs/>
                <w:sz w:val="24"/>
                <w:szCs w:val="24"/>
              </w:rPr>
            </w:pPr>
            <w:r w:rsidRPr="00151D9F">
              <w:rPr>
                <w:bCs/>
                <w:sz w:val="24"/>
                <w:szCs w:val="24"/>
              </w:rPr>
              <w:t>Number of km from your home place to the test centre (both ways)</w:t>
            </w:r>
          </w:p>
        </w:tc>
        <w:tc>
          <w:tcPr>
            <w:tcW w:w="198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04F8B1" w14:textId="77777777" w:rsidR="00E351A2" w:rsidRPr="00FB1A01" w:rsidRDefault="00E351A2">
            <w:pPr>
              <w:spacing w:after="0"/>
              <w:rPr>
                <w:b/>
                <w:sz w:val="24"/>
                <w:szCs w:val="24"/>
              </w:rPr>
            </w:pPr>
          </w:p>
        </w:tc>
      </w:tr>
      <w:tr w:rsidR="00E351A2" w:rsidRPr="00FB1A01" w14:paraId="32794A2E" w14:textId="77777777" w:rsidTr="00F0501F">
        <w:trPr>
          <w:cantSplit/>
          <w:trHeight w:val="1854"/>
        </w:trPr>
        <w:tc>
          <w:tcPr>
            <w:tcW w:w="2065" w:type="dxa"/>
            <w:tcBorders>
              <w:top w:val="single" w:sz="6" w:space="0" w:color="B7B7B7"/>
              <w:left w:val="single" w:sz="4" w:space="0" w:color="auto"/>
              <w:bottom w:val="single" w:sz="4" w:space="0" w:color="auto"/>
              <w:right w:val="single" w:sz="6" w:space="0" w:color="B7B7B7"/>
            </w:tcBorders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DB532A" w14:textId="77777777" w:rsidR="00E351A2" w:rsidRPr="00FB1A01" w:rsidRDefault="00E351A2">
            <w:pPr>
              <w:spacing w:after="0"/>
              <w:rPr>
                <w:sz w:val="24"/>
                <w:szCs w:val="24"/>
              </w:rPr>
            </w:pPr>
            <w:r w:rsidRPr="00FB1A01">
              <w:rPr>
                <w:b/>
                <w:sz w:val="24"/>
                <w:szCs w:val="24"/>
              </w:rPr>
              <w:t>Accommodation</w:t>
            </w:r>
          </w:p>
        </w:tc>
        <w:tc>
          <w:tcPr>
            <w:tcW w:w="6237" w:type="dxa"/>
            <w:tcBorders>
              <w:top w:val="single" w:sz="6" w:space="0" w:color="B7B7B7"/>
              <w:left w:val="single" w:sz="6" w:space="0" w:color="B7B7B7"/>
              <w:bottom w:val="single" w:sz="4" w:space="0" w:color="auto"/>
              <w:right w:val="single" w:sz="6" w:space="0" w:color="B7B7B7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123E76" w14:textId="000FF098" w:rsidR="00E351A2" w:rsidRPr="00FB1A01" w:rsidRDefault="00E351A2">
            <w:pPr>
              <w:spacing w:after="0"/>
              <w:rPr>
                <w:sz w:val="24"/>
                <w:szCs w:val="24"/>
              </w:rPr>
            </w:pPr>
            <w:r w:rsidRPr="00FB1A01">
              <w:rPr>
                <w:sz w:val="24"/>
                <w:szCs w:val="24"/>
              </w:rPr>
              <w:t>Normally, only 1 night of accommodation is covered. 2 nights may be covered if flights on the morning before the test or after the test are not possible.</w:t>
            </w:r>
          </w:p>
        </w:tc>
        <w:tc>
          <w:tcPr>
            <w:tcW w:w="1984" w:type="dxa"/>
            <w:tcBorders>
              <w:top w:val="single" w:sz="6" w:space="0" w:color="B7B7B7"/>
              <w:left w:val="single" w:sz="6" w:space="0" w:color="B7B7B7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F3044B" w14:textId="77777777" w:rsidR="00E351A2" w:rsidRPr="00FB1A01" w:rsidRDefault="00E351A2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35937444" w14:textId="77777777" w:rsidR="00FB1A01" w:rsidRDefault="00FB1A01" w:rsidP="00B265AD">
      <w:pPr>
        <w:spacing w:before="80" w:after="40"/>
        <w:rPr>
          <w:b/>
          <w:sz w:val="21"/>
        </w:rPr>
      </w:pPr>
    </w:p>
    <w:p w14:paraId="6CB4AED4" w14:textId="03963C49" w:rsidR="00B265AD" w:rsidRPr="00FB1A01" w:rsidRDefault="00B265AD" w:rsidP="00B265AD">
      <w:pPr>
        <w:spacing w:before="80" w:after="40"/>
        <w:rPr>
          <w:sz w:val="24"/>
          <w:szCs w:val="24"/>
        </w:rPr>
      </w:pPr>
      <w:r w:rsidRPr="00FB1A01">
        <w:rPr>
          <w:b/>
          <w:sz w:val="24"/>
          <w:szCs w:val="24"/>
        </w:rPr>
        <w:t>Additional costs related to a special need or disability (please specify)</w:t>
      </w:r>
    </w:p>
    <w:tbl>
      <w:tblPr>
        <w:tblW w:w="0" w:type="auto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325"/>
      </w:tblGrid>
      <w:tr w:rsidR="00B265AD" w:rsidRPr="00FB1A01" w14:paraId="6CB32EFE" w14:textId="77777777" w:rsidTr="001040E1">
        <w:trPr>
          <w:cantSplit/>
        </w:trPr>
        <w:tc>
          <w:tcPr>
            <w:tcW w:w="103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A3DFB8" w14:textId="77777777" w:rsidR="00B265AD" w:rsidRPr="00FB1A01" w:rsidRDefault="00B265AD" w:rsidP="001040E1">
            <w:pPr>
              <w:spacing w:after="0"/>
              <w:rPr>
                <w:sz w:val="24"/>
                <w:szCs w:val="24"/>
              </w:rPr>
            </w:pPr>
          </w:p>
          <w:p w14:paraId="2BCA747B" w14:textId="77777777" w:rsidR="00B265AD" w:rsidRPr="00FB1A01" w:rsidRDefault="00B265AD" w:rsidP="001040E1">
            <w:pPr>
              <w:spacing w:after="60"/>
              <w:rPr>
                <w:sz w:val="24"/>
                <w:szCs w:val="24"/>
              </w:rPr>
            </w:pPr>
          </w:p>
          <w:p w14:paraId="10E355F9" w14:textId="77777777" w:rsidR="00B265AD" w:rsidRPr="00FB1A01" w:rsidRDefault="00B265AD" w:rsidP="001040E1">
            <w:pPr>
              <w:spacing w:after="60"/>
              <w:rPr>
                <w:sz w:val="24"/>
                <w:szCs w:val="24"/>
              </w:rPr>
            </w:pPr>
          </w:p>
          <w:p w14:paraId="7C65E946" w14:textId="77777777" w:rsidR="00B265AD" w:rsidRPr="00FB1A01" w:rsidRDefault="00B265AD" w:rsidP="001040E1">
            <w:pPr>
              <w:spacing w:after="60"/>
              <w:rPr>
                <w:sz w:val="24"/>
                <w:szCs w:val="24"/>
              </w:rPr>
            </w:pPr>
            <w:r w:rsidRPr="00FB1A01">
              <w:rPr>
                <w:sz w:val="24"/>
                <w:szCs w:val="24"/>
              </w:rPr>
              <w:t xml:space="preserve"> </w:t>
            </w:r>
          </w:p>
        </w:tc>
      </w:tr>
    </w:tbl>
    <w:p w14:paraId="311EBD30" w14:textId="045A26EA" w:rsidR="00B265AD" w:rsidRPr="00FB1A01" w:rsidRDefault="00B265AD" w:rsidP="00B265AD">
      <w:pPr>
        <w:spacing w:after="60"/>
        <w:rPr>
          <w:sz w:val="24"/>
          <w:szCs w:val="24"/>
        </w:rPr>
      </w:pPr>
      <w:r w:rsidRPr="00FB1A01">
        <w:rPr>
          <w:sz w:val="24"/>
          <w:szCs w:val="24"/>
        </w:rPr>
        <w:t xml:space="preserve">(Please attach an explanatory note </w:t>
      </w:r>
      <w:r w:rsidR="00151D9F" w:rsidRPr="00FB1A01">
        <w:rPr>
          <w:sz w:val="24"/>
          <w:szCs w:val="24"/>
        </w:rPr>
        <w:t>regarding</w:t>
      </w:r>
      <w:r w:rsidRPr="00FB1A01">
        <w:rPr>
          <w:sz w:val="24"/>
          <w:szCs w:val="24"/>
        </w:rPr>
        <w:t xml:space="preserve"> any extra costs).</w:t>
      </w:r>
    </w:p>
    <w:p w14:paraId="3345AF43" w14:textId="77777777" w:rsidR="003657A9" w:rsidRDefault="003657A9">
      <w:pPr>
        <w:spacing w:before="80" w:after="40"/>
        <w:rPr>
          <w:b/>
          <w:sz w:val="21"/>
        </w:rPr>
      </w:pPr>
    </w:p>
    <w:p w14:paraId="6DC51B73" w14:textId="77777777" w:rsidR="00FB1A01" w:rsidRDefault="00FB1A01">
      <w:pPr>
        <w:spacing w:before="80" w:after="40"/>
        <w:rPr>
          <w:b/>
          <w:sz w:val="21"/>
        </w:rPr>
      </w:pPr>
    </w:p>
    <w:p w14:paraId="483CF7FD" w14:textId="77777777" w:rsidR="00FB1A01" w:rsidRDefault="00FB1A01">
      <w:pPr>
        <w:spacing w:before="80" w:after="40"/>
        <w:rPr>
          <w:b/>
          <w:sz w:val="21"/>
        </w:rPr>
      </w:pPr>
    </w:p>
    <w:tbl>
      <w:tblPr>
        <w:tblW w:w="0" w:type="auto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FD598D" w:rsidRPr="00FF0944" w14:paraId="73C53CD9" w14:textId="77777777" w:rsidTr="001040E1">
        <w:trPr>
          <w:cantSplit/>
          <w:trHeight w:val="1526"/>
        </w:trPr>
        <w:tc>
          <w:tcPr>
            <w:tcW w:w="51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7EA769" w14:textId="77777777" w:rsidR="00FD598D" w:rsidRPr="00FF0944" w:rsidRDefault="00FD598D" w:rsidP="001040E1">
            <w:pPr>
              <w:spacing w:after="0"/>
              <w:rPr>
                <w:sz w:val="24"/>
                <w:szCs w:val="24"/>
              </w:rPr>
            </w:pPr>
            <w:r w:rsidRPr="00FF0944">
              <w:rPr>
                <w:b/>
                <w:sz w:val="24"/>
                <w:szCs w:val="24"/>
              </w:rPr>
              <w:t>Date and signature of the candidate</w:t>
            </w:r>
          </w:p>
        </w:tc>
        <w:tc>
          <w:tcPr>
            <w:tcW w:w="51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E93C91" w14:textId="77777777" w:rsidR="00FD598D" w:rsidRPr="00FF0944" w:rsidRDefault="00FD598D" w:rsidP="001040E1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06895729" w14:textId="77777777" w:rsidR="00FB1A01" w:rsidRDefault="00FB1A01">
      <w:pPr>
        <w:spacing w:before="80" w:after="40"/>
        <w:rPr>
          <w:b/>
          <w:sz w:val="21"/>
        </w:rPr>
      </w:pPr>
    </w:p>
    <w:p w14:paraId="2F2D5D00" w14:textId="77777777" w:rsidR="00FB1A01" w:rsidRDefault="00FB1A01">
      <w:pPr>
        <w:spacing w:before="80" w:after="40"/>
        <w:rPr>
          <w:b/>
          <w:sz w:val="21"/>
        </w:rPr>
      </w:pPr>
    </w:p>
    <w:p w14:paraId="41C24A60" w14:textId="77777777" w:rsidR="00FB1A01" w:rsidRDefault="00FB1A01">
      <w:pPr>
        <w:spacing w:before="80" w:after="40"/>
        <w:rPr>
          <w:b/>
          <w:sz w:val="21"/>
        </w:rPr>
      </w:pPr>
    </w:p>
    <w:p w14:paraId="1AF9FE1C" w14:textId="77777777" w:rsidR="00FB1A01" w:rsidRDefault="00FB1A01">
      <w:pPr>
        <w:spacing w:before="80" w:after="40"/>
        <w:rPr>
          <w:b/>
          <w:sz w:val="21"/>
        </w:rPr>
      </w:pPr>
    </w:p>
    <w:tbl>
      <w:tblPr>
        <w:tblW w:w="10286" w:type="dxa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348"/>
        <w:gridCol w:w="5812"/>
        <w:gridCol w:w="2126"/>
      </w:tblGrid>
      <w:tr w:rsidR="009814FD" w:rsidRPr="00FF0944" w14:paraId="663EE65B" w14:textId="77777777" w:rsidTr="009814FD">
        <w:trPr>
          <w:cantSplit/>
          <w:tblHeader/>
        </w:trPr>
        <w:tc>
          <w:tcPr>
            <w:tcW w:w="10286" w:type="dxa"/>
            <w:gridSpan w:val="3"/>
            <w:tcBorders>
              <w:left w:val="single" w:sz="4" w:space="0" w:color="auto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95DCA8" w14:textId="77777777" w:rsidR="009814FD" w:rsidRPr="00FF0944" w:rsidRDefault="009814FD" w:rsidP="001040E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F0944">
              <w:rPr>
                <w:b/>
                <w:sz w:val="24"/>
                <w:szCs w:val="24"/>
              </w:rPr>
              <w:t>After the test</w:t>
            </w:r>
          </w:p>
        </w:tc>
      </w:tr>
      <w:tr w:rsidR="009814FD" w:rsidRPr="00FF0944" w14:paraId="7E2AE017" w14:textId="77777777" w:rsidTr="009814FD">
        <w:trPr>
          <w:cantSplit/>
          <w:tblHeader/>
        </w:trPr>
        <w:tc>
          <w:tcPr>
            <w:tcW w:w="10286" w:type="dxa"/>
            <w:gridSpan w:val="3"/>
            <w:tcBorders>
              <w:left w:val="single" w:sz="4" w:space="0" w:color="auto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01CD39" w14:textId="63E4C392" w:rsidR="009814FD" w:rsidRPr="00FF0944" w:rsidRDefault="00665F2E" w:rsidP="001040E1">
            <w:pPr>
              <w:spacing w:after="0"/>
              <w:jc w:val="center"/>
              <w:rPr>
                <w:sz w:val="24"/>
                <w:szCs w:val="24"/>
              </w:rPr>
            </w:pPr>
            <w:r w:rsidRPr="00FF0944">
              <w:rPr>
                <w:b/>
                <w:sz w:val="24"/>
                <w:szCs w:val="24"/>
              </w:rPr>
              <w:t>Incurred</w:t>
            </w:r>
            <w:commentRangeStart w:id="0"/>
            <w:commentRangeStart w:id="1"/>
            <w:commentRangeStart w:id="2"/>
            <w:commentRangeStart w:id="3"/>
            <w:commentRangeStart w:id="4"/>
            <w:r w:rsidR="009814FD" w:rsidRPr="00FF0944">
              <w:rPr>
                <w:b/>
                <w:sz w:val="24"/>
                <w:szCs w:val="24"/>
              </w:rPr>
              <w:t xml:space="preserve"> costs (without prior request, reimbursement is limited to the flat rates)</w:t>
            </w:r>
            <w:commentRangeEnd w:id="0"/>
            <w:r w:rsidR="009814FD" w:rsidRPr="00FF0944">
              <w:rPr>
                <w:rStyle w:val="CommentReference"/>
                <w:sz w:val="24"/>
                <w:szCs w:val="24"/>
              </w:rPr>
              <w:commentReference w:id="0"/>
            </w:r>
            <w:commentRangeEnd w:id="1"/>
            <w:r w:rsidR="000C5415" w:rsidRPr="00FF0944">
              <w:rPr>
                <w:rStyle w:val="CommentReference"/>
                <w:sz w:val="24"/>
                <w:szCs w:val="24"/>
              </w:rPr>
              <w:commentReference w:id="1"/>
            </w:r>
            <w:commentRangeEnd w:id="2"/>
            <w:r w:rsidR="004370A4" w:rsidRPr="00FF0944">
              <w:rPr>
                <w:rStyle w:val="CommentReference"/>
                <w:sz w:val="24"/>
                <w:szCs w:val="24"/>
              </w:rPr>
              <w:commentReference w:id="2"/>
            </w:r>
            <w:commentRangeEnd w:id="3"/>
            <w:r w:rsidR="00F721C8" w:rsidRPr="00FF0944">
              <w:rPr>
                <w:rStyle w:val="CommentReference"/>
                <w:sz w:val="24"/>
                <w:szCs w:val="24"/>
              </w:rPr>
              <w:commentReference w:id="3"/>
            </w:r>
            <w:commentRangeEnd w:id="4"/>
            <w:r w:rsidR="00F01AE7" w:rsidRPr="00FF0944">
              <w:rPr>
                <w:rStyle w:val="CommentReference"/>
                <w:sz w:val="24"/>
                <w:szCs w:val="24"/>
              </w:rPr>
              <w:commentReference w:id="4"/>
            </w:r>
          </w:p>
        </w:tc>
      </w:tr>
      <w:tr w:rsidR="009814FD" w:rsidRPr="00FF0944" w14:paraId="647AC26E" w14:textId="77777777" w:rsidTr="00AA21B8">
        <w:trPr>
          <w:cantSplit/>
        </w:trPr>
        <w:tc>
          <w:tcPr>
            <w:tcW w:w="8160" w:type="dxa"/>
            <w:gridSpan w:val="2"/>
            <w:tcBorders>
              <w:left w:val="single" w:sz="4" w:space="0" w:color="auto"/>
            </w:tcBorders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9F963A" w14:textId="77777777" w:rsidR="009814FD" w:rsidRPr="00FF0944" w:rsidRDefault="009814FD" w:rsidP="001040E1">
            <w:pPr>
              <w:spacing w:after="0"/>
              <w:jc w:val="center"/>
              <w:rPr>
                <w:sz w:val="24"/>
                <w:szCs w:val="24"/>
              </w:rPr>
            </w:pPr>
            <w:r w:rsidRPr="00FF0944">
              <w:rPr>
                <w:b/>
                <w:sz w:val="24"/>
                <w:szCs w:val="24"/>
              </w:rPr>
              <w:t>Only the following documents are accepted as proof of travelling:</w:t>
            </w:r>
          </w:p>
        </w:tc>
        <w:tc>
          <w:tcPr>
            <w:tcW w:w="21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531C8A" w14:textId="0FB2DC99" w:rsidR="009814FD" w:rsidRPr="00FF0944" w:rsidRDefault="009814FD" w:rsidP="001040E1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FF0944">
              <w:rPr>
                <w:b/>
                <w:bCs/>
                <w:sz w:val="24"/>
                <w:szCs w:val="24"/>
              </w:rPr>
              <w:t>Cost (€)</w:t>
            </w:r>
          </w:p>
        </w:tc>
      </w:tr>
      <w:tr w:rsidR="009814FD" w:rsidRPr="00FF0944" w14:paraId="69DC25FD" w14:textId="77777777" w:rsidTr="00FF0944">
        <w:trPr>
          <w:cantSplit/>
          <w:trHeight w:val="899"/>
        </w:trPr>
        <w:tc>
          <w:tcPr>
            <w:tcW w:w="2348" w:type="dxa"/>
            <w:tcBorders>
              <w:left w:val="single" w:sz="4" w:space="0" w:color="auto"/>
            </w:tcBorders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CCCA33" w14:textId="77777777" w:rsidR="009814FD" w:rsidRPr="00FF0944" w:rsidRDefault="009814FD" w:rsidP="001040E1">
            <w:pPr>
              <w:spacing w:after="0"/>
              <w:rPr>
                <w:sz w:val="24"/>
                <w:szCs w:val="24"/>
              </w:rPr>
            </w:pPr>
            <w:r w:rsidRPr="00FF0944">
              <w:rPr>
                <w:b/>
                <w:sz w:val="24"/>
                <w:szCs w:val="24"/>
              </w:rPr>
              <w:t>Plane</w:t>
            </w:r>
          </w:p>
        </w:tc>
        <w:tc>
          <w:tcPr>
            <w:tcW w:w="58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75DF78" w14:textId="77777777" w:rsidR="009814FD" w:rsidRPr="00FF0944" w:rsidRDefault="009814FD" w:rsidP="001040E1">
            <w:pPr>
              <w:spacing w:after="0"/>
              <w:rPr>
                <w:sz w:val="24"/>
                <w:szCs w:val="24"/>
              </w:rPr>
            </w:pPr>
            <w:r w:rsidRPr="00FF0944">
              <w:rPr>
                <w:sz w:val="24"/>
                <w:szCs w:val="24"/>
              </w:rPr>
              <w:t>Boarding pass or copy of ticket (invoice alone is not sufficient)</w:t>
            </w:r>
          </w:p>
        </w:tc>
        <w:tc>
          <w:tcPr>
            <w:tcW w:w="21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0AC95F" w14:textId="77777777" w:rsidR="009814FD" w:rsidRPr="00FF0944" w:rsidRDefault="009814FD" w:rsidP="001040E1">
            <w:pPr>
              <w:spacing w:after="0"/>
              <w:rPr>
                <w:sz w:val="24"/>
                <w:szCs w:val="24"/>
              </w:rPr>
            </w:pPr>
          </w:p>
        </w:tc>
      </w:tr>
      <w:tr w:rsidR="009814FD" w:rsidRPr="00FF0944" w14:paraId="1D6786C3" w14:textId="77777777" w:rsidTr="00FF0944">
        <w:trPr>
          <w:cantSplit/>
          <w:trHeight w:val="859"/>
        </w:trPr>
        <w:tc>
          <w:tcPr>
            <w:tcW w:w="2348" w:type="dxa"/>
            <w:tcBorders>
              <w:left w:val="single" w:sz="4" w:space="0" w:color="auto"/>
            </w:tcBorders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7F4F92" w14:textId="77777777" w:rsidR="009814FD" w:rsidRPr="00FF0944" w:rsidRDefault="009814FD" w:rsidP="001040E1">
            <w:pPr>
              <w:spacing w:after="0"/>
              <w:rPr>
                <w:sz w:val="24"/>
                <w:szCs w:val="24"/>
              </w:rPr>
            </w:pPr>
            <w:r w:rsidRPr="00FF0944">
              <w:rPr>
                <w:b/>
                <w:sz w:val="24"/>
                <w:szCs w:val="24"/>
              </w:rPr>
              <w:t>Train, bus, boat</w:t>
            </w:r>
          </w:p>
        </w:tc>
        <w:tc>
          <w:tcPr>
            <w:tcW w:w="58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1C7C1E" w14:textId="77777777" w:rsidR="009814FD" w:rsidRPr="00FF0944" w:rsidRDefault="009814FD" w:rsidP="001040E1">
            <w:pPr>
              <w:spacing w:after="0"/>
              <w:rPr>
                <w:sz w:val="24"/>
                <w:szCs w:val="24"/>
              </w:rPr>
            </w:pPr>
            <w:r w:rsidRPr="00FF0944">
              <w:rPr>
                <w:sz w:val="24"/>
                <w:szCs w:val="24"/>
              </w:rPr>
              <w:t>Copy of ticket (invoice alone is not sufficient)</w:t>
            </w:r>
          </w:p>
        </w:tc>
        <w:tc>
          <w:tcPr>
            <w:tcW w:w="21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D249D7" w14:textId="77777777" w:rsidR="009814FD" w:rsidRPr="00FF0944" w:rsidRDefault="009814FD" w:rsidP="001040E1">
            <w:pPr>
              <w:spacing w:after="0"/>
              <w:rPr>
                <w:sz w:val="24"/>
                <w:szCs w:val="24"/>
              </w:rPr>
            </w:pPr>
          </w:p>
        </w:tc>
      </w:tr>
      <w:tr w:rsidR="009814FD" w:rsidRPr="00FF0944" w14:paraId="20CA55DF" w14:textId="77777777" w:rsidTr="00FA68C9">
        <w:trPr>
          <w:cantSplit/>
          <w:trHeight w:val="1807"/>
        </w:trPr>
        <w:tc>
          <w:tcPr>
            <w:tcW w:w="2348" w:type="dxa"/>
            <w:tcBorders>
              <w:left w:val="single" w:sz="4" w:space="0" w:color="auto"/>
            </w:tcBorders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2C3091" w14:textId="77777777" w:rsidR="009814FD" w:rsidRPr="00FF0944" w:rsidRDefault="009814FD" w:rsidP="001040E1">
            <w:pPr>
              <w:spacing w:after="0"/>
              <w:rPr>
                <w:sz w:val="24"/>
                <w:szCs w:val="24"/>
              </w:rPr>
            </w:pPr>
            <w:r w:rsidRPr="00FF0944">
              <w:rPr>
                <w:b/>
                <w:sz w:val="24"/>
                <w:szCs w:val="24"/>
              </w:rPr>
              <w:t>Car</w:t>
            </w:r>
          </w:p>
        </w:tc>
        <w:tc>
          <w:tcPr>
            <w:tcW w:w="58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4FF741" w14:textId="77777777" w:rsidR="009814FD" w:rsidRPr="00FF0944" w:rsidRDefault="009814FD" w:rsidP="001040E1">
            <w:pPr>
              <w:spacing w:after="0"/>
              <w:rPr>
                <w:sz w:val="24"/>
                <w:szCs w:val="24"/>
              </w:rPr>
            </w:pPr>
            <w:r w:rsidRPr="00FF0944">
              <w:rPr>
                <w:sz w:val="24"/>
                <w:szCs w:val="24"/>
              </w:rPr>
              <w:t>The original of a gas bill and/or highway toll (proof of payment dated within a maximum period of 2 days before the day of the assessment centre session and of a place on the travelling route to the assessment centre)</w:t>
            </w:r>
          </w:p>
        </w:tc>
        <w:tc>
          <w:tcPr>
            <w:tcW w:w="21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CD4485" w14:textId="77777777" w:rsidR="009814FD" w:rsidRPr="00FF0944" w:rsidRDefault="009814FD" w:rsidP="001040E1">
            <w:pPr>
              <w:spacing w:after="0"/>
              <w:rPr>
                <w:sz w:val="24"/>
                <w:szCs w:val="24"/>
              </w:rPr>
            </w:pPr>
          </w:p>
        </w:tc>
      </w:tr>
      <w:tr w:rsidR="009814FD" w:rsidRPr="00FF0944" w14:paraId="2E9568EE" w14:textId="77777777" w:rsidTr="00FA68C9">
        <w:trPr>
          <w:cantSplit/>
          <w:trHeight w:val="1247"/>
        </w:trPr>
        <w:tc>
          <w:tcPr>
            <w:tcW w:w="2348" w:type="dxa"/>
            <w:tcBorders>
              <w:left w:val="single" w:sz="4" w:space="0" w:color="auto"/>
            </w:tcBorders>
            <w:shd w:val="clear" w:color="auto" w:fill="F3F3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89DDCB" w14:textId="77777777" w:rsidR="009814FD" w:rsidRPr="00FF0944" w:rsidRDefault="009814FD" w:rsidP="001040E1">
            <w:pPr>
              <w:spacing w:after="0"/>
              <w:rPr>
                <w:sz w:val="24"/>
                <w:szCs w:val="24"/>
              </w:rPr>
            </w:pPr>
            <w:r w:rsidRPr="00FF0944">
              <w:rPr>
                <w:b/>
                <w:sz w:val="24"/>
                <w:szCs w:val="24"/>
              </w:rPr>
              <w:t>Accommodation</w:t>
            </w:r>
          </w:p>
        </w:tc>
        <w:tc>
          <w:tcPr>
            <w:tcW w:w="58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0EB8D8" w14:textId="77777777" w:rsidR="009814FD" w:rsidRPr="00FF0944" w:rsidRDefault="009814FD" w:rsidP="001040E1">
            <w:pPr>
              <w:spacing w:after="0"/>
              <w:rPr>
                <w:sz w:val="24"/>
                <w:szCs w:val="24"/>
              </w:rPr>
            </w:pPr>
            <w:r w:rsidRPr="00FF0944">
              <w:rPr>
                <w:sz w:val="24"/>
                <w:szCs w:val="24"/>
              </w:rPr>
              <w:t>Hotel invoice and offer + proof of payment</w:t>
            </w:r>
          </w:p>
        </w:tc>
        <w:tc>
          <w:tcPr>
            <w:tcW w:w="212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D6194D" w14:textId="77777777" w:rsidR="009814FD" w:rsidRPr="00FF0944" w:rsidRDefault="009814FD" w:rsidP="001040E1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32D8C207" w14:textId="77777777" w:rsidR="00B23373" w:rsidRDefault="00B23373">
      <w:pPr>
        <w:spacing w:before="80" w:after="40"/>
        <w:rPr>
          <w:b/>
          <w:sz w:val="21"/>
        </w:rPr>
      </w:pPr>
    </w:p>
    <w:p w14:paraId="721FA2DF" w14:textId="39169B04" w:rsidR="00514281" w:rsidRPr="00FF0944" w:rsidRDefault="00491510">
      <w:pPr>
        <w:spacing w:before="80" w:after="40"/>
        <w:rPr>
          <w:sz w:val="24"/>
          <w:szCs w:val="24"/>
        </w:rPr>
      </w:pPr>
      <w:r w:rsidRPr="00FF0944">
        <w:rPr>
          <w:b/>
          <w:sz w:val="24"/>
          <w:szCs w:val="24"/>
        </w:rPr>
        <w:t>Mandatory documents to complete the request after the test</w:t>
      </w:r>
    </w:p>
    <w:tbl>
      <w:tblPr>
        <w:tblW w:w="0" w:type="auto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514281" w:rsidRPr="00FF0944" w14:paraId="1CB11C83" w14:textId="77777777">
        <w:trPr>
          <w:cantSplit/>
        </w:trPr>
        <w:tc>
          <w:tcPr>
            <w:tcW w:w="5162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B82EE3" w14:textId="77777777" w:rsidR="00514281" w:rsidRPr="00FF0944" w:rsidRDefault="00491510" w:rsidP="003657A9">
            <w:pPr>
              <w:spacing w:after="0"/>
              <w:jc w:val="center"/>
              <w:rPr>
                <w:sz w:val="24"/>
                <w:szCs w:val="24"/>
              </w:rPr>
            </w:pPr>
            <w:r w:rsidRPr="00FF0944">
              <w:rPr>
                <w:b/>
                <w:sz w:val="24"/>
                <w:szCs w:val="24"/>
              </w:rPr>
              <w:t>Document</w:t>
            </w:r>
          </w:p>
        </w:tc>
        <w:tc>
          <w:tcPr>
            <w:tcW w:w="5162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EB8745" w14:textId="77777777" w:rsidR="00514281" w:rsidRPr="00FF0944" w:rsidRDefault="00491510" w:rsidP="003657A9">
            <w:pPr>
              <w:spacing w:after="0"/>
              <w:jc w:val="center"/>
              <w:rPr>
                <w:sz w:val="24"/>
                <w:szCs w:val="24"/>
              </w:rPr>
            </w:pPr>
            <w:r w:rsidRPr="00FF0944">
              <w:rPr>
                <w:b/>
                <w:sz w:val="24"/>
                <w:szCs w:val="24"/>
              </w:rPr>
              <w:t>Tick the box of your proof</w:t>
            </w:r>
          </w:p>
        </w:tc>
      </w:tr>
      <w:tr w:rsidR="00514281" w:rsidRPr="00FF0944" w14:paraId="36C1622C" w14:textId="77777777">
        <w:trPr>
          <w:cantSplit/>
        </w:trPr>
        <w:tc>
          <w:tcPr>
            <w:tcW w:w="51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9F9B24" w14:textId="77777777" w:rsidR="00514281" w:rsidRPr="00FF0944" w:rsidRDefault="00491510">
            <w:pPr>
              <w:spacing w:after="0"/>
              <w:rPr>
                <w:sz w:val="24"/>
                <w:szCs w:val="24"/>
              </w:rPr>
            </w:pPr>
            <w:r w:rsidRPr="00FF0944">
              <w:rPr>
                <w:sz w:val="24"/>
                <w:szCs w:val="24"/>
              </w:rPr>
              <w:t>Business partner form</w:t>
            </w:r>
          </w:p>
        </w:tc>
        <w:tc>
          <w:tcPr>
            <w:tcW w:w="51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0F8DD7" w14:textId="77777777" w:rsidR="00514281" w:rsidRPr="00FF0944" w:rsidRDefault="00491510" w:rsidP="003657A9">
            <w:pPr>
              <w:spacing w:after="0"/>
              <w:jc w:val="center"/>
              <w:rPr>
                <w:sz w:val="24"/>
                <w:szCs w:val="24"/>
              </w:rPr>
            </w:pPr>
            <w:r w:rsidRPr="00FF0944">
              <w:rPr>
                <w:sz w:val="24"/>
                <w:szCs w:val="24"/>
              </w:rPr>
              <w:t>☐</w:t>
            </w:r>
          </w:p>
        </w:tc>
      </w:tr>
      <w:tr w:rsidR="00514281" w:rsidRPr="00FF0944" w14:paraId="74A64B12" w14:textId="77777777">
        <w:trPr>
          <w:cantSplit/>
        </w:trPr>
        <w:tc>
          <w:tcPr>
            <w:tcW w:w="51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E00F92" w14:textId="388038F9" w:rsidR="00514281" w:rsidRPr="00FF0944" w:rsidRDefault="00491510">
            <w:pPr>
              <w:spacing w:after="0"/>
              <w:rPr>
                <w:sz w:val="24"/>
                <w:szCs w:val="24"/>
              </w:rPr>
            </w:pPr>
            <w:r w:rsidRPr="00FF0944">
              <w:rPr>
                <w:sz w:val="24"/>
                <w:szCs w:val="24"/>
              </w:rPr>
              <w:t>Invitation e-mail</w:t>
            </w:r>
            <w:r w:rsidR="003A3150" w:rsidRPr="00FF0944">
              <w:rPr>
                <w:sz w:val="24"/>
                <w:szCs w:val="24"/>
              </w:rPr>
              <w:t xml:space="preserve"> with testing date</w:t>
            </w:r>
            <w:r w:rsidR="00AA1E24" w:rsidRPr="00FF0944">
              <w:rPr>
                <w:sz w:val="24"/>
                <w:szCs w:val="24"/>
              </w:rPr>
              <w:t>/timing</w:t>
            </w:r>
          </w:p>
        </w:tc>
        <w:tc>
          <w:tcPr>
            <w:tcW w:w="51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C228DC" w14:textId="77777777" w:rsidR="00514281" w:rsidRPr="00FF0944" w:rsidRDefault="00491510" w:rsidP="003657A9">
            <w:pPr>
              <w:spacing w:after="0"/>
              <w:jc w:val="center"/>
              <w:rPr>
                <w:sz w:val="24"/>
                <w:szCs w:val="24"/>
              </w:rPr>
            </w:pPr>
            <w:r w:rsidRPr="00FF0944">
              <w:rPr>
                <w:sz w:val="24"/>
                <w:szCs w:val="24"/>
              </w:rPr>
              <w:t>☐</w:t>
            </w:r>
          </w:p>
        </w:tc>
      </w:tr>
      <w:tr w:rsidR="00514281" w:rsidRPr="00FF0944" w14:paraId="2CDEAC69" w14:textId="77777777">
        <w:trPr>
          <w:cantSplit/>
        </w:trPr>
        <w:tc>
          <w:tcPr>
            <w:tcW w:w="51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9AF8DC" w14:textId="77777777" w:rsidR="00514281" w:rsidRPr="00FF0944" w:rsidRDefault="00491510">
            <w:pPr>
              <w:spacing w:after="0"/>
              <w:rPr>
                <w:sz w:val="24"/>
                <w:szCs w:val="24"/>
              </w:rPr>
            </w:pPr>
            <w:commentRangeStart w:id="7"/>
            <w:commentRangeStart w:id="8"/>
            <w:commentRangeStart w:id="9"/>
            <w:commentRangeStart w:id="10"/>
            <w:commentRangeStart w:id="11"/>
            <w:commentRangeStart w:id="12"/>
            <w:commentRangeStart w:id="13"/>
            <w:r w:rsidRPr="00FF0944">
              <w:rPr>
                <w:sz w:val="24"/>
                <w:szCs w:val="24"/>
              </w:rPr>
              <w:t>Presence Certificate</w:t>
            </w:r>
          </w:p>
        </w:tc>
        <w:tc>
          <w:tcPr>
            <w:tcW w:w="51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49EB90" w14:textId="77777777" w:rsidR="00514281" w:rsidRPr="00FF0944" w:rsidRDefault="00491510" w:rsidP="003657A9">
            <w:pPr>
              <w:spacing w:after="0"/>
              <w:jc w:val="center"/>
              <w:rPr>
                <w:sz w:val="24"/>
                <w:szCs w:val="24"/>
              </w:rPr>
            </w:pPr>
            <w:r w:rsidRPr="00FF0944">
              <w:rPr>
                <w:sz w:val="24"/>
                <w:szCs w:val="24"/>
              </w:rPr>
              <w:t>☐</w:t>
            </w:r>
            <w:commentRangeEnd w:id="7"/>
            <w:r w:rsidR="000A062F" w:rsidRPr="00FF0944">
              <w:rPr>
                <w:rStyle w:val="CommentReference"/>
                <w:sz w:val="24"/>
                <w:szCs w:val="24"/>
              </w:rPr>
              <w:commentReference w:id="7"/>
            </w:r>
            <w:commentRangeEnd w:id="8"/>
            <w:r w:rsidR="00905667" w:rsidRPr="00FF0944">
              <w:rPr>
                <w:rStyle w:val="CommentReference"/>
                <w:sz w:val="24"/>
                <w:szCs w:val="24"/>
              </w:rPr>
              <w:commentReference w:id="8"/>
            </w:r>
            <w:commentRangeEnd w:id="9"/>
            <w:r w:rsidRPr="00FF0944">
              <w:rPr>
                <w:rStyle w:val="CommentReference"/>
                <w:sz w:val="24"/>
                <w:szCs w:val="24"/>
              </w:rPr>
              <w:commentReference w:id="9"/>
            </w:r>
            <w:commentRangeEnd w:id="10"/>
            <w:r w:rsidRPr="00FF0944">
              <w:rPr>
                <w:rStyle w:val="CommentReference"/>
                <w:sz w:val="24"/>
                <w:szCs w:val="24"/>
              </w:rPr>
              <w:commentReference w:id="10"/>
            </w:r>
            <w:commentRangeEnd w:id="11"/>
            <w:r w:rsidR="001D6419" w:rsidRPr="00FF0944">
              <w:rPr>
                <w:rStyle w:val="CommentReference"/>
                <w:sz w:val="24"/>
                <w:szCs w:val="24"/>
              </w:rPr>
              <w:commentReference w:id="11"/>
            </w:r>
            <w:commentRangeEnd w:id="12"/>
            <w:r w:rsidR="00B43C4F" w:rsidRPr="00FF0944">
              <w:rPr>
                <w:rStyle w:val="CommentReference"/>
                <w:sz w:val="24"/>
                <w:szCs w:val="24"/>
              </w:rPr>
              <w:commentReference w:id="12"/>
            </w:r>
            <w:commentRangeEnd w:id="13"/>
            <w:r w:rsidRPr="00FF0944">
              <w:rPr>
                <w:rStyle w:val="CommentReference"/>
                <w:sz w:val="24"/>
                <w:szCs w:val="24"/>
              </w:rPr>
              <w:commentReference w:id="13"/>
            </w:r>
          </w:p>
        </w:tc>
      </w:tr>
      <w:tr w:rsidR="006045AA" w:rsidRPr="00FF0944" w14:paraId="78FA9350" w14:textId="77777777">
        <w:trPr>
          <w:cantSplit/>
        </w:trPr>
        <w:tc>
          <w:tcPr>
            <w:tcW w:w="51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7F50FC" w14:textId="508A9114" w:rsidR="006045AA" w:rsidRPr="00FF0944" w:rsidRDefault="0089197F">
            <w:pPr>
              <w:spacing w:after="0"/>
              <w:rPr>
                <w:sz w:val="24"/>
                <w:szCs w:val="24"/>
              </w:rPr>
            </w:pPr>
            <w:r w:rsidRPr="00FF0944">
              <w:rPr>
                <w:sz w:val="24"/>
                <w:szCs w:val="24"/>
              </w:rPr>
              <w:t>E-mail acceptance prior request</w:t>
            </w:r>
          </w:p>
        </w:tc>
        <w:tc>
          <w:tcPr>
            <w:tcW w:w="51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52B51A" w14:textId="03A8CED2" w:rsidR="006045AA" w:rsidRPr="00FF0944" w:rsidRDefault="00F96F62" w:rsidP="00F96F62">
            <w:pPr>
              <w:spacing w:after="0"/>
              <w:jc w:val="center"/>
              <w:rPr>
                <w:sz w:val="24"/>
                <w:szCs w:val="24"/>
              </w:rPr>
            </w:pPr>
            <w:r w:rsidRPr="00FF094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70BE6B33" w14:textId="77777777" w:rsidR="003657A9" w:rsidRPr="00FF0944" w:rsidRDefault="003657A9">
      <w:pPr>
        <w:spacing w:after="60"/>
        <w:rPr>
          <w:sz w:val="24"/>
          <w:szCs w:val="24"/>
        </w:rPr>
      </w:pPr>
    </w:p>
    <w:p w14:paraId="7A46BB14" w14:textId="413F0B6C" w:rsidR="00514281" w:rsidRPr="00FF0944" w:rsidRDefault="00491510">
      <w:pPr>
        <w:spacing w:after="80"/>
        <w:rPr>
          <w:sz w:val="24"/>
          <w:szCs w:val="24"/>
        </w:rPr>
      </w:pPr>
      <w:r w:rsidRPr="00FF0944">
        <w:rPr>
          <w:sz w:val="24"/>
          <w:szCs w:val="24"/>
        </w:rPr>
        <w:t xml:space="preserve">I, the undersigned, declare that this statement is true and accurate and that the </w:t>
      </w:r>
      <w:r w:rsidR="2328A6AE" w:rsidRPr="00FF0944">
        <w:rPr>
          <w:sz w:val="24"/>
          <w:szCs w:val="24"/>
        </w:rPr>
        <w:t xml:space="preserve">reimbursement </w:t>
      </w:r>
      <w:r w:rsidRPr="00FF0944">
        <w:rPr>
          <w:sz w:val="24"/>
          <w:szCs w:val="24"/>
        </w:rPr>
        <w:t xml:space="preserve">has not already been </w:t>
      </w:r>
      <w:r w:rsidR="0767BCE4" w:rsidRPr="00FF0944">
        <w:rPr>
          <w:sz w:val="24"/>
          <w:szCs w:val="24"/>
        </w:rPr>
        <w:t xml:space="preserve">claimed or </w:t>
      </w:r>
      <w:r w:rsidRPr="00FF0944">
        <w:rPr>
          <w:sz w:val="24"/>
          <w:szCs w:val="24"/>
        </w:rPr>
        <w:t>made</w:t>
      </w:r>
      <w:r w:rsidR="6D4C1C82" w:rsidRPr="00FF0944">
        <w:rPr>
          <w:sz w:val="24"/>
          <w:szCs w:val="24"/>
        </w:rPr>
        <w:t xml:space="preserve"> in my </w:t>
      </w:r>
      <w:r w:rsidR="71510671" w:rsidRPr="00FF0944">
        <w:rPr>
          <w:sz w:val="24"/>
          <w:szCs w:val="24"/>
        </w:rPr>
        <w:t>favor</w:t>
      </w:r>
      <w:r w:rsidRPr="00FF0944">
        <w:rPr>
          <w:sz w:val="24"/>
          <w:szCs w:val="24"/>
        </w:rPr>
        <w:t>. I am aware that in the event EPSO discovers that data on this statement are false</w:t>
      </w:r>
      <w:commentRangeStart w:id="17"/>
      <w:commentRangeStart w:id="18"/>
      <w:commentRangeStart w:id="19"/>
      <w:commentRangeStart w:id="20"/>
      <w:commentRangeStart w:id="21"/>
      <w:r w:rsidRPr="00FF0944">
        <w:rPr>
          <w:sz w:val="24"/>
          <w:szCs w:val="24"/>
        </w:rPr>
        <w:t>, I will not benefit from this contribution and this might also lead to my exclusion/disqualification from the on-going competition/selection procedure</w:t>
      </w:r>
      <w:commentRangeEnd w:id="17"/>
      <w:r w:rsidRPr="00FF0944">
        <w:rPr>
          <w:rStyle w:val="CommentReference"/>
          <w:sz w:val="24"/>
          <w:szCs w:val="24"/>
        </w:rPr>
        <w:commentReference w:id="17"/>
      </w:r>
      <w:commentRangeEnd w:id="18"/>
      <w:r w:rsidRPr="00FF0944">
        <w:rPr>
          <w:rStyle w:val="CommentReference"/>
          <w:sz w:val="24"/>
          <w:szCs w:val="24"/>
        </w:rPr>
        <w:commentReference w:id="18"/>
      </w:r>
      <w:commentRangeEnd w:id="19"/>
      <w:r w:rsidRPr="00FF0944">
        <w:rPr>
          <w:rStyle w:val="CommentReference"/>
          <w:sz w:val="24"/>
          <w:szCs w:val="24"/>
        </w:rPr>
        <w:commentReference w:id="19"/>
      </w:r>
      <w:commentRangeEnd w:id="20"/>
      <w:r w:rsidR="00F52089" w:rsidRPr="00FF0944">
        <w:rPr>
          <w:rStyle w:val="CommentReference"/>
          <w:sz w:val="24"/>
          <w:szCs w:val="24"/>
        </w:rPr>
        <w:commentReference w:id="20"/>
      </w:r>
      <w:commentRangeEnd w:id="21"/>
      <w:r w:rsidR="003C2562" w:rsidRPr="00FF0944">
        <w:rPr>
          <w:rStyle w:val="CommentReference"/>
          <w:sz w:val="24"/>
          <w:szCs w:val="24"/>
        </w:rPr>
        <w:commentReference w:id="21"/>
      </w:r>
      <w:r w:rsidRPr="00FF0944">
        <w:rPr>
          <w:sz w:val="24"/>
          <w:szCs w:val="24"/>
        </w:rPr>
        <w:t>.</w:t>
      </w:r>
    </w:p>
    <w:p w14:paraId="71E04A56" w14:textId="77777777" w:rsidR="003657A9" w:rsidRPr="00FF0944" w:rsidRDefault="003657A9">
      <w:pPr>
        <w:spacing w:after="80"/>
        <w:rPr>
          <w:sz w:val="24"/>
          <w:szCs w:val="24"/>
        </w:rPr>
      </w:pPr>
    </w:p>
    <w:tbl>
      <w:tblPr>
        <w:tblW w:w="0" w:type="auto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514281" w:rsidRPr="00FF0944" w14:paraId="0CE63C64" w14:textId="77777777" w:rsidTr="003657A9">
        <w:trPr>
          <w:cantSplit/>
          <w:trHeight w:val="1526"/>
        </w:trPr>
        <w:tc>
          <w:tcPr>
            <w:tcW w:w="51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83D632" w14:textId="77777777" w:rsidR="00514281" w:rsidRPr="00FF0944" w:rsidRDefault="00491510">
            <w:pPr>
              <w:spacing w:after="0"/>
              <w:rPr>
                <w:sz w:val="24"/>
                <w:szCs w:val="24"/>
              </w:rPr>
            </w:pPr>
            <w:r w:rsidRPr="00FF0944">
              <w:rPr>
                <w:b/>
                <w:sz w:val="24"/>
                <w:szCs w:val="24"/>
              </w:rPr>
              <w:t>Date and signature of the candidate</w:t>
            </w:r>
          </w:p>
        </w:tc>
        <w:tc>
          <w:tcPr>
            <w:tcW w:w="51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BCED3F" w14:textId="77777777" w:rsidR="00514281" w:rsidRPr="00FF0944" w:rsidRDefault="00514281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111CA427" w14:textId="77777777" w:rsidR="003657A9" w:rsidRPr="00FF0944" w:rsidRDefault="003657A9">
      <w:pPr>
        <w:spacing w:after="0"/>
        <w:rPr>
          <w:sz w:val="24"/>
          <w:szCs w:val="24"/>
        </w:rPr>
      </w:pPr>
    </w:p>
    <w:p w14:paraId="71B80350" w14:textId="2B873F70" w:rsidR="00514281" w:rsidRPr="00FA68C9" w:rsidRDefault="00491510" w:rsidP="00FA68C9">
      <w:pPr>
        <w:spacing w:after="0"/>
        <w:rPr>
          <w:sz w:val="24"/>
          <w:szCs w:val="24"/>
        </w:rPr>
      </w:pPr>
      <w:r w:rsidRPr="00FF0944">
        <w:rPr>
          <w:sz w:val="24"/>
          <w:szCs w:val="24"/>
        </w:rPr>
        <w:t xml:space="preserve">Data protection: </w:t>
      </w:r>
      <w:hyperlink r:id="rId15" w:history="1">
        <w:r w:rsidR="00514281" w:rsidRPr="00FF0944">
          <w:rPr>
            <w:rStyle w:val="Hyperlink"/>
            <w:sz w:val="24"/>
            <w:szCs w:val="24"/>
          </w:rPr>
          <w:t>https://ec.europa.eu/dpo-register/detail/DPR-EC-30388.1</w:t>
        </w:r>
      </w:hyperlink>
    </w:p>
    <w:sectPr w:rsidR="00514281" w:rsidRPr="00FA68C9" w:rsidSect="003E5E3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9" w:h="16834"/>
      <w:pgMar w:top="720" w:right="680" w:bottom="720" w:left="68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E RIDDER Karin (EPSO)" w:date="2026-09-29T11:53:00Z" w:initials="KD">
    <w:p w14:paraId="34E730A7" w14:textId="77777777" w:rsidR="009814FD" w:rsidRDefault="009814FD" w:rsidP="00635C9A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"mailto:Melanie.CINO@ec.europa.eu"</w:instrText>
      </w:r>
      <w:bookmarkStart w:id="5" w:name="_@_C3AE45630F8B4EE88D6B88F4F1AD922CZ"/>
      <w:r>
        <w:fldChar w:fldCharType="separate"/>
      </w:r>
      <w:bookmarkEnd w:id="5"/>
      <w:r w:rsidRPr="00635C9A">
        <w:rPr>
          <w:rStyle w:val="Mention"/>
          <w:noProof/>
        </w:rPr>
        <w:t>@CINO Melanie (EPSO)</w:t>
      </w:r>
      <w:r>
        <w:fldChar w:fldCharType="end"/>
      </w:r>
      <w:r>
        <w:t xml:space="preserve"> so maybe we need to put here in (without prior request, normal rules will apply)?</w:t>
      </w:r>
    </w:p>
  </w:comment>
  <w:comment w:id="1" w:author="DE RIDDER Karin (EPSO)" w:date="2026-09-29T11:56:00Z" w:initials="KD">
    <w:p w14:paraId="2442475E" w14:textId="77777777" w:rsidR="009814FD" w:rsidRDefault="009814FD" w:rsidP="00666787">
      <w:pPr>
        <w:pStyle w:val="CommentText"/>
      </w:pPr>
      <w:r>
        <w:rPr>
          <w:rStyle w:val="CommentReference"/>
        </w:rPr>
        <w:annotationRef/>
      </w:r>
      <w:r>
        <w:rPr>
          <w:lang w:val="fr-BE"/>
        </w:rPr>
        <w:t>And instead of Actual costs, maybe we just put Agreed costs?</w:t>
      </w:r>
    </w:p>
  </w:comment>
  <w:comment w:id="2" w:author="CINO Melanie (EPSO)" w:date="2026-09-29T12:48:00Z" w:initials="MC">
    <w:p w14:paraId="1DB8ACAE" w14:textId="77777777" w:rsidR="009814FD" w:rsidRDefault="009814FD" w:rsidP="004370A4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"mailto:Karin.DE-RIDDER@ec.europa.eu"</w:instrText>
      </w:r>
      <w:bookmarkStart w:id="6" w:name="_@_66447DF03CF74678BE7F969575651351Z"/>
      <w:r>
        <w:fldChar w:fldCharType="separate"/>
      </w:r>
      <w:bookmarkEnd w:id="6"/>
      <w:r w:rsidRPr="004370A4">
        <w:rPr>
          <w:rStyle w:val="Mention"/>
          <w:noProof/>
        </w:rPr>
        <w:t>@DE RIDDER Karin (EPSO)</w:t>
      </w:r>
      <w:r>
        <w:fldChar w:fldCharType="end"/>
      </w:r>
      <w:r>
        <w:t xml:space="preserve">  we should indicate that without prior request, reimbursement is limited to the flate rates indicated in ART. 2 and 6 of rules. Can you double check the relevant articles? </w:t>
      </w:r>
    </w:p>
  </w:comment>
  <w:comment w:id="3" w:author="CINO Melanie (EPSO)" w:date="2026-09-29T12:49:00Z" w:initials="MC">
    <w:p w14:paraId="50C54648" w14:textId="77777777" w:rsidR="009814FD" w:rsidRDefault="009814FD" w:rsidP="00F721C8">
      <w:pPr>
        <w:pStyle w:val="CommentText"/>
      </w:pPr>
      <w:r>
        <w:rPr>
          <w:rStyle w:val="CommentReference"/>
        </w:rPr>
        <w:annotationRef/>
      </w:r>
      <w:r>
        <w:rPr>
          <w:lang w:val="en-IE"/>
        </w:rPr>
        <w:t xml:space="preserve">Ok to indicate agreed costs. </w:t>
      </w:r>
    </w:p>
  </w:comment>
  <w:comment w:id="4" w:author="DE RIDDER Karin (EPSO)" w:date="2026-09-29T12:59:00Z" w:initials="KD">
    <w:p w14:paraId="3B262567" w14:textId="77777777" w:rsidR="009814FD" w:rsidRDefault="009814FD" w:rsidP="00F01AE7">
      <w:pPr>
        <w:pStyle w:val="CommentText"/>
      </w:pPr>
      <w:r>
        <w:rPr>
          <w:rStyle w:val="CommentReference"/>
        </w:rPr>
        <w:annotationRef/>
      </w:r>
      <w:r>
        <w:rPr>
          <w:lang w:val="fr-BE"/>
        </w:rPr>
        <w:t>Maybe we could indicate: (without prior request, reimbursement is limited to the flat rates and we put a link to the rules?</w:t>
      </w:r>
    </w:p>
  </w:comment>
  <w:comment w:id="7" w:author="DE RIDDER Karin (EPSO)" w:date="2026-09-29T11:31:00Z" w:initials="KD">
    <w:p w14:paraId="1535232D" w14:textId="4C74B70F" w:rsidR="000A062F" w:rsidRDefault="000A062F" w:rsidP="000A062F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"mailto:Annichje.WILDEBOER@ec.europa.eu"</w:instrText>
      </w:r>
      <w:bookmarkStart w:id="14" w:name="_@_CD26628AE1FA47DBA0B5D793C52EE333Z"/>
      <w:r>
        <w:fldChar w:fldCharType="separate"/>
      </w:r>
      <w:bookmarkEnd w:id="14"/>
      <w:r w:rsidRPr="000A062F">
        <w:rPr>
          <w:rStyle w:val="Mention"/>
          <w:noProof/>
        </w:rPr>
        <w:t>@WILDEBOER Annichje (EPSO)</w:t>
      </w:r>
      <w:r>
        <w:fldChar w:fldCharType="end"/>
      </w:r>
      <w:r>
        <w:t xml:space="preserve"> </w:t>
      </w:r>
      <w:r>
        <w:fldChar w:fldCharType="begin"/>
      </w:r>
      <w:r>
        <w:instrText>HYPERLINK "mailto:Astrid.MEIJER@ec.europa.eu"</w:instrText>
      </w:r>
      <w:bookmarkStart w:id="15" w:name="_@_025B53B01FDA43D68336043F9D22C1F3Z"/>
      <w:r>
        <w:fldChar w:fldCharType="separate"/>
      </w:r>
      <w:bookmarkEnd w:id="15"/>
      <w:r w:rsidRPr="000A062F">
        <w:rPr>
          <w:rStyle w:val="Mention"/>
          <w:noProof/>
        </w:rPr>
        <w:t>@MEIJER Astrid (EPSO)</w:t>
      </w:r>
      <w:r>
        <w:fldChar w:fldCharType="end"/>
      </w:r>
      <w:r>
        <w:t xml:space="preserve"> I believe we agreed that this form will be send by your team to us, right?  So I can remove it from this list from the candidate?</w:t>
      </w:r>
    </w:p>
  </w:comment>
  <w:comment w:id="8" w:author="WILDEBOER Annichje (EPSO)" w:date="2026-09-29T11:35:00Z" w:initials="AW">
    <w:p w14:paraId="6EC8AD95" w14:textId="77777777" w:rsidR="00905667" w:rsidRDefault="00905667" w:rsidP="00905667">
      <w:pPr>
        <w:pStyle w:val="CommentText"/>
      </w:pPr>
      <w:r>
        <w:rPr>
          <w:rStyle w:val="CommentReference"/>
        </w:rPr>
        <w:annotationRef/>
      </w:r>
      <w:r>
        <w:rPr>
          <w:lang w:val="de-DE"/>
        </w:rPr>
        <w:t>We send/give it to the candidate on the testing day. Yes</w:t>
      </w:r>
    </w:p>
  </w:comment>
  <w:comment w:id="9" w:author="MEIJER Astrid (EPSO)" w:date="2026-09-29T11:36:00Z" w:initials="M(">
    <w:p w14:paraId="4DBD7549" w14:textId="5BC9F66B" w:rsidR="009D34DF" w:rsidRDefault="009D34DF">
      <w:pPr>
        <w:pStyle w:val="CommentText"/>
      </w:pPr>
      <w:r>
        <w:rPr>
          <w:rStyle w:val="CommentReference"/>
        </w:rPr>
        <w:annotationRef/>
      </w:r>
      <w:r w:rsidRPr="43992187">
        <w:t>Last time I think I sent you the time sheet as proof of attendance (it has the signature of the invigilator) and the invitation email</w:t>
      </w:r>
    </w:p>
    <w:p w14:paraId="4951F65C" w14:textId="764801E7" w:rsidR="009D34DF" w:rsidRDefault="009D34DF">
      <w:pPr>
        <w:pStyle w:val="CommentText"/>
      </w:pPr>
    </w:p>
  </w:comment>
  <w:comment w:id="10" w:author="MEIJER Astrid (EPSO)" w:date="2026-09-29T11:37:00Z" w:initials="M(">
    <w:p w14:paraId="024389FB" w14:textId="1FC07C71" w:rsidR="001C5181" w:rsidRDefault="001C5181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"mailto:Annichje.WILDEBOER@ec.europa.eu"</w:instrText>
      </w:r>
      <w:bookmarkStart w:id="16" w:name="_@_54D43BED85994B1E819B2EA96FDFD8EFZ"/>
      <w:r>
        <w:fldChar w:fldCharType="separate"/>
      </w:r>
      <w:bookmarkEnd w:id="16"/>
      <w:r w:rsidRPr="5DE0E94F">
        <w:rPr>
          <w:rStyle w:val="Mention"/>
          <w:noProof/>
        </w:rPr>
        <w:t>@WILDEBOER Annichje (EPSO)</w:t>
      </w:r>
      <w:r>
        <w:fldChar w:fldCharType="end"/>
      </w:r>
      <w:r w:rsidRPr="485C0308">
        <w:t xml:space="preserve"> what do you think?</w:t>
      </w:r>
    </w:p>
    <w:p w14:paraId="121A6D17" w14:textId="37B078DC" w:rsidR="001C5181" w:rsidRDefault="001C5181">
      <w:pPr>
        <w:pStyle w:val="CommentText"/>
      </w:pPr>
    </w:p>
  </w:comment>
  <w:comment w:id="11" w:author="WILDEBOER Annichje (EPSO)" w:date="2026-09-29T13:06:00Z" w:initials="AW">
    <w:p w14:paraId="715281AE" w14:textId="77777777" w:rsidR="001D6419" w:rsidRDefault="001D6419" w:rsidP="001D6419">
      <w:pPr>
        <w:pStyle w:val="CommentText"/>
      </w:pPr>
      <w:r>
        <w:rPr>
          <w:rStyle w:val="CommentReference"/>
        </w:rPr>
        <w:annotationRef/>
      </w:r>
      <w:r>
        <w:rPr>
          <w:lang w:val="de-DE"/>
        </w:rPr>
        <w:t xml:space="preserve">I think it is good that we also keep the time sheet and can share it if required, but for completion I think it is good that to request the reimbursement, the candidate is obliged to include this in the request. </w:t>
      </w:r>
    </w:p>
  </w:comment>
  <w:comment w:id="12" w:author="DE RIDDER Karin (EPSO)" w:date="2026-09-29T13:23:00Z" w:initials="KD">
    <w:p w14:paraId="29E52D66" w14:textId="77777777" w:rsidR="00B43C4F" w:rsidRDefault="00B43C4F" w:rsidP="00B43C4F">
      <w:pPr>
        <w:pStyle w:val="CommentText"/>
      </w:pPr>
      <w:r>
        <w:rPr>
          <w:rStyle w:val="CommentReference"/>
        </w:rPr>
        <w:annotationRef/>
      </w:r>
      <w:r>
        <w:rPr>
          <w:lang w:val="fr-BE"/>
        </w:rPr>
        <w:t>Ok perfect</w:t>
      </w:r>
    </w:p>
  </w:comment>
  <w:comment w:id="13" w:author="MEIJER Astrid (EPSO)" w:date="2026-09-29T13:50:00Z" w:initials="M(">
    <w:p w14:paraId="73FD9193" w14:textId="5FB035A9" w:rsidR="000D0DB7" w:rsidRDefault="000D0DB7">
      <w:pPr>
        <w:pStyle w:val="CommentText"/>
      </w:pPr>
      <w:r>
        <w:rPr>
          <w:rStyle w:val="CommentReference"/>
        </w:rPr>
        <w:annotationRef/>
      </w:r>
      <w:r w:rsidRPr="5CDFD3DE">
        <w:t>ok</w:t>
      </w:r>
    </w:p>
  </w:comment>
  <w:comment w:id="17" w:author="BALTHAZART Ingrid (EPSO)" w:date="2026-09-17T11:41:00Z" w:initials="B(">
    <w:p w14:paraId="232AE935" w14:textId="33446251" w:rsidR="008849AF" w:rsidRDefault="008849AF">
      <w:r>
        <w:annotationRef/>
      </w:r>
      <w:r w:rsidRPr="05369D57">
        <w:t>attention with this statement on exclusion from the competition, have you checked with 02 (Nikoletta ?) merci</w:t>
      </w:r>
    </w:p>
  </w:comment>
  <w:comment w:id="18" w:author="DE RIDDER Karin (EPSO)" w:date="2026-09-17T12:01:00Z" w:initials="KD">
    <w:p w14:paraId="6EBDBCAE" w14:textId="3A8F61D5" w:rsidR="001B635A" w:rsidRDefault="001B635A" w:rsidP="001B635A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"mailto:Ingrid.BALTHAZART@ec.europa.eu"</w:instrText>
      </w:r>
      <w:bookmarkStart w:id="22" w:name="_@_B43F4D0D5E2C4C4A91CAE3D274FB593FZ"/>
      <w:r>
        <w:fldChar w:fldCharType="separate"/>
      </w:r>
      <w:bookmarkEnd w:id="22"/>
      <w:r w:rsidRPr="001B635A">
        <w:rPr>
          <w:rStyle w:val="Mention"/>
          <w:noProof/>
        </w:rPr>
        <w:t>@BALTHAZART Ingrid (EPSO)</w:t>
      </w:r>
      <w:r>
        <w:fldChar w:fldCharType="end"/>
      </w:r>
      <w:r>
        <w:t xml:space="preserve"> , this sentence was also used in the original contribution form for candidates without special needs.</w:t>
      </w:r>
    </w:p>
  </w:comment>
  <w:comment w:id="19" w:author="BALTHAZART Ingrid (EPSO)" w:date="1900-01-01T00:00:00Z" w:initials="B(">
    <w:p w14:paraId="38BCBEF3" w14:textId="198E17FA" w:rsidR="00DD6D4F" w:rsidRDefault="00DD6D4F">
      <w:pPr>
        <w:pStyle w:val="CommentText"/>
      </w:pPr>
      <w:r>
        <w:rPr>
          <w:rStyle w:val="CommentReference"/>
        </w:rPr>
        <w:annotationRef/>
      </w:r>
      <w:r w:rsidRPr="44CA2BF3">
        <w:t>Ok maybe it was already greenlighted at the time but I'd rather have you check again please (Nikoletta or Renata's team) merci !</w:t>
      </w:r>
    </w:p>
  </w:comment>
  <w:comment w:id="20" w:author="WILDEBOER Annichje (EPSO)" w:date="2026-09-29T11:36:00Z" w:initials="AW">
    <w:p w14:paraId="66FA1643" w14:textId="77777777" w:rsidR="00F52089" w:rsidRDefault="00F52089" w:rsidP="00F52089">
      <w:pPr>
        <w:pStyle w:val="CommentText"/>
      </w:pPr>
      <w:r>
        <w:rPr>
          <w:rStyle w:val="CommentReference"/>
        </w:rPr>
        <w:annotationRef/>
      </w:r>
      <w:r>
        <w:rPr>
          <w:lang w:val="de-DE"/>
        </w:rPr>
        <w:t>Today it was checked with Angela (02) and confirmed by her</w:t>
      </w:r>
    </w:p>
  </w:comment>
  <w:comment w:id="21" w:author="CINO Melanie (EPSO)" w:date="2026-09-29T12:50:00Z" w:initials="MC">
    <w:p w14:paraId="1E661390" w14:textId="77777777" w:rsidR="003C2562" w:rsidRDefault="003C2562" w:rsidP="003C2562">
      <w:pPr>
        <w:pStyle w:val="CommentText"/>
      </w:pPr>
      <w:r>
        <w:rPr>
          <w:rStyle w:val="CommentReference"/>
        </w:rPr>
        <w:annotationRef/>
      </w:r>
      <w:r>
        <w:rPr>
          <w:lang w:val="en-IE"/>
        </w:rPr>
        <w:t>Thanks!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4E730A7" w15:done="0"/>
  <w15:commentEx w15:paraId="2442475E" w15:paraIdParent="34E730A7" w15:done="0"/>
  <w15:commentEx w15:paraId="1DB8ACAE" w15:paraIdParent="34E730A7" w15:done="0"/>
  <w15:commentEx w15:paraId="50C54648" w15:paraIdParent="34E730A7" w15:done="0"/>
  <w15:commentEx w15:paraId="3B262567" w15:paraIdParent="34E730A7" w15:done="0"/>
  <w15:commentEx w15:paraId="1535232D" w15:done="0"/>
  <w15:commentEx w15:paraId="6EC8AD95" w15:paraIdParent="1535232D" w15:done="0"/>
  <w15:commentEx w15:paraId="4951F65C" w15:paraIdParent="1535232D" w15:done="0"/>
  <w15:commentEx w15:paraId="121A6D17" w15:paraIdParent="1535232D" w15:done="0"/>
  <w15:commentEx w15:paraId="715281AE" w15:paraIdParent="1535232D" w15:done="0"/>
  <w15:commentEx w15:paraId="29E52D66" w15:paraIdParent="1535232D" w15:done="0"/>
  <w15:commentEx w15:paraId="73FD9193" w15:paraIdParent="1535232D" w15:done="0"/>
  <w15:commentEx w15:paraId="232AE935" w15:done="0"/>
  <w15:commentEx w15:paraId="6EBDBCAE" w15:paraIdParent="232AE935" w15:done="0"/>
  <w15:commentEx w15:paraId="38BCBEF3" w15:paraIdParent="232AE935" w15:done="0"/>
  <w15:commentEx w15:paraId="66FA1643" w15:paraIdParent="232AE935" w15:done="0"/>
  <w15:commentEx w15:paraId="1E661390" w15:paraIdParent="232AE93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BF7C8E2" w16cex:dateUtc="2026-09-29T09:53:00Z"/>
  <w16cex:commentExtensible w16cex:durableId="3630768D" w16cex:dateUtc="2026-09-29T09:56:00Z"/>
  <w16cex:commentExtensible w16cex:durableId="6E757479" w16cex:dateUtc="2026-09-29T10:48:00Z"/>
  <w16cex:commentExtensible w16cex:durableId="3F86807E" w16cex:dateUtc="2026-09-29T10:49:00Z"/>
  <w16cex:commentExtensible w16cex:durableId="62257DC5" w16cex:dateUtc="2026-09-29T10:59:00Z">
    <w16cex:extLst>
      <w16:ext w16:uri="{CE6994B0-6A32-4C9F-8C6B-6E91EDA988CE}">
        <cr:reactions xmlns:cr="http://schemas.microsoft.com/office/comments/2020/reactions">
          <cr:reaction reactionType="1">
            <cr:reactionInfo dateUtc="2026-09-29T12:38:12Z">
              <cr:user userId="S::Melanie.CINO@ec.europa.eu::a62ac63e-8629-405e-ae6f-24e8b89859e2" userProvider="AD" userName="CINO Melanie (EPSO)"/>
            </cr:reactionInfo>
          </cr:reaction>
        </cr:reactions>
      </w16:ext>
    </w16cex:extLst>
  </w16cex:commentExtensible>
  <w16cex:commentExtensible w16cex:durableId="27DC869C" w16cex:dateUtc="2026-09-29T09:31:00Z">
    <w16cex:extLst>
      <w16:ext w16:uri="{CE6994B0-6A32-4C9F-8C6B-6E91EDA988CE}">
        <cr:reactions xmlns:cr="http://schemas.microsoft.com/office/comments/2020/reactions">
          <cr:reaction reactionType="1">
            <cr:reactionInfo dateUtc="2026-09-29T11:23:14Z">
              <cr:user userId="S::Karin.DE-RIDDER@ec.europa.eu::98798ebb-72ef-4169-8840-df2bef49292d" userProvider="AD" userName="DE RIDDER Karin (EPSO)"/>
            </cr:reactionInfo>
          </cr:reaction>
        </cr:reactions>
      </w16:ext>
    </w16cex:extLst>
  </w16cex:commentExtensible>
  <w16cex:commentExtensible w16cex:durableId="2756AC58" w16cex:dateUtc="2026-09-29T09:35:00Z"/>
  <w16cex:commentExtensible w16cex:durableId="3CACB72B" w16cex:dateUtc="2026-09-29T09:36:00Z">
    <w16cex:extLst>
      <w16:ext w16:uri="{CE6994B0-6A32-4C9F-8C6B-6E91EDA988CE}">
        <cr:reactions xmlns:cr="http://schemas.microsoft.com/office/comments/2020/reactions">
          <cr:reaction reactionType="1">
            <cr:reactionInfo dateUtc="2026-09-29T09:50:38Z">
              <cr:user userId="S::Karin.DE-RIDDER@ec.europa.eu::98798ebb-72ef-4169-8840-df2bef49292d" userProvider="AD" userName="DE RIDDER Karin (EPSO)"/>
            </cr:reactionInfo>
          </cr:reaction>
        </cr:reactions>
      </w16:ext>
    </w16cex:extLst>
  </w16cex:commentExtensible>
  <w16cex:commentExtensible w16cex:durableId="6D55A30B" w16cex:dateUtc="2026-09-29T09:37:00Z"/>
  <w16cex:commentExtensible w16cex:durableId="08556299" w16cex:dateUtc="2026-09-29T11:06:00Z"/>
  <w16cex:commentExtensible w16cex:durableId="1EA11AC3" w16cex:dateUtc="2026-09-29T11:23:00Z"/>
  <w16cex:commentExtensible w16cex:durableId="51280A5A" w16cex:dateUtc="2026-09-29T11:50:00Z"/>
  <w16cex:commentExtensible w16cex:durableId="4089289F" w16cex:dateUtc="2026-09-17T09:41:00Z">
    <w16cex:extLst>
      <w16:ext w16:uri="{CE6994B0-6A32-4C9F-8C6B-6E91EDA988CE}">
        <cr:reactions xmlns:cr="http://schemas.microsoft.com/office/comments/2020/reactions">
          <cr:reaction reactionType="1">
            <cr:reactionInfo dateUtc="2026-09-29T09:57:33Z">
              <cr:user userId="S::Karin.DE-RIDDER@ec.europa.eu::98798ebb-72ef-4169-8840-df2bef49292d" userProvider="AD" userName="DE RIDDER Karin (EPSO)"/>
            </cr:reactionInfo>
          </cr:reaction>
        </cr:reactions>
      </w16:ext>
    </w16cex:extLst>
  </w16cex:commentExtensible>
  <w16cex:commentExtensible w16cex:durableId="51E9FE8C" w16cex:dateUtc="2026-09-17T10:01:00Z"/>
  <w16cex:commentExtensible w16cex:durableId="3375C33B" w16cex:dateUtc="2026-09-17T10:12:00Z"/>
  <w16cex:commentExtensible w16cex:durableId="147007D9" w16cex:dateUtc="2026-09-29T09:36:00Z"/>
  <w16cex:commentExtensible w16cex:durableId="3B1335B4" w16cex:dateUtc="2026-09-29T10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E730A7" w16cid:durableId="6BF7C8E2"/>
  <w16cid:commentId w16cid:paraId="2442475E" w16cid:durableId="3630768D"/>
  <w16cid:commentId w16cid:paraId="1DB8ACAE" w16cid:durableId="6E757479"/>
  <w16cid:commentId w16cid:paraId="50C54648" w16cid:durableId="3F86807E"/>
  <w16cid:commentId w16cid:paraId="3B262567" w16cid:durableId="62257DC5"/>
  <w16cid:commentId w16cid:paraId="1535232D" w16cid:durableId="27DC869C"/>
  <w16cid:commentId w16cid:paraId="6EC8AD95" w16cid:durableId="2756AC58"/>
  <w16cid:commentId w16cid:paraId="4951F65C" w16cid:durableId="3CACB72B"/>
  <w16cid:commentId w16cid:paraId="121A6D17" w16cid:durableId="6D55A30B"/>
  <w16cid:commentId w16cid:paraId="715281AE" w16cid:durableId="08556299"/>
  <w16cid:commentId w16cid:paraId="29E52D66" w16cid:durableId="1EA11AC3"/>
  <w16cid:commentId w16cid:paraId="73FD9193" w16cid:durableId="51280A5A"/>
  <w16cid:commentId w16cid:paraId="232AE935" w16cid:durableId="4089289F"/>
  <w16cid:commentId w16cid:paraId="6EBDBCAE" w16cid:durableId="51E9FE8C"/>
  <w16cid:commentId w16cid:paraId="38BCBEF3" w16cid:durableId="3375C33B"/>
  <w16cid:commentId w16cid:paraId="66FA1643" w16cid:durableId="147007D9"/>
  <w16cid:commentId w16cid:paraId="1E661390" w16cid:durableId="3B1335B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F2E01" w14:textId="77777777" w:rsidR="006C6CB8" w:rsidRDefault="006C6CB8" w:rsidP="00E45A43">
      <w:pPr>
        <w:spacing w:after="0" w:line="240" w:lineRule="auto"/>
      </w:pPr>
      <w:r>
        <w:separator/>
      </w:r>
    </w:p>
  </w:endnote>
  <w:endnote w:type="continuationSeparator" w:id="0">
    <w:p w14:paraId="6F795617" w14:textId="77777777" w:rsidR="006C6CB8" w:rsidRDefault="006C6CB8" w:rsidP="00E45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A0EC" w14:textId="77777777" w:rsidR="00E07E87" w:rsidRDefault="00E07E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0B55D" w14:textId="77777777" w:rsidR="00E07E87" w:rsidRDefault="00E07E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FD46C" w14:textId="77777777" w:rsidR="00E07E87" w:rsidRDefault="00E07E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BD790" w14:textId="77777777" w:rsidR="006C6CB8" w:rsidRDefault="006C6CB8" w:rsidP="00E45A43">
      <w:pPr>
        <w:spacing w:after="0" w:line="240" w:lineRule="auto"/>
      </w:pPr>
      <w:r>
        <w:separator/>
      </w:r>
    </w:p>
  </w:footnote>
  <w:footnote w:type="continuationSeparator" w:id="0">
    <w:p w14:paraId="232B0F6F" w14:textId="77777777" w:rsidR="006C6CB8" w:rsidRDefault="006C6CB8" w:rsidP="00E45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68508" w14:textId="77777777" w:rsidR="00E07E87" w:rsidRDefault="00E07E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AC815" w14:textId="77777777" w:rsidR="00E07E87" w:rsidRDefault="00E07E87">
    <w:pPr>
      <w:pStyle w:val="Header"/>
    </w:pPr>
    <w:r w:rsidRPr="00AE065F">
      <w:rPr>
        <w:noProof/>
      </w:rPr>
      <w:drawing>
        <wp:anchor distT="0" distB="0" distL="114300" distR="114300" simplePos="0" relativeHeight="251684864" behindDoc="1" locked="0" layoutInCell="1" allowOverlap="1" wp14:anchorId="10F34DC9" wp14:editId="60FBCFFD">
          <wp:simplePos x="0" y="0"/>
          <wp:positionH relativeFrom="column">
            <wp:posOffset>-428625</wp:posOffset>
          </wp:positionH>
          <wp:positionV relativeFrom="paragraph">
            <wp:posOffset>-457200</wp:posOffset>
          </wp:positionV>
          <wp:extent cx="2247900" cy="808355"/>
          <wp:effectExtent l="0" t="0" r="0" b="0"/>
          <wp:wrapNone/>
          <wp:docPr id="2" name="Picture 2">
            <a:extLst xmlns:a="http://schemas.openxmlformats.org/drawingml/2006/main">
              <a:ext uri="{FF2B5EF4-FFF2-40B4-BE49-F238E27FC236}">
                <a16:creationId xmlns:a16="http://schemas.microsoft.com/office/drawing/2014/main" id="{C4373EB2-C4F5-4E11-B105-3A0B1E53BE4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47900" cy="8083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6="http://schemas.microsoft.com/office/drawing/2014/main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9AA9A4" w14:textId="77777777" w:rsidR="00E07E87" w:rsidRDefault="00E07E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0A785" w14:textId="77777777" w:rsidR="00E07E87" w:rsidRDefault="00E07E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A161AD7"/>
    <w:multiLevelType w:val="hybridMultilevel"/>
    <w:tmpl w:val="9CF04B5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585151">
    <w:abstractNumId w:val="3"/>
  </w:num>
  <w:num w:numId="2" w16cid:durableId="1230388810">
    <w:abstractNumId w:val="5"/>
  </w:num>
  <w:num w:numId="3" w16cid:durableId="1269389862">
    <w:abstractNumId w:val="4"/>
  </w:num>
  <w:num w:numId="4" w16cid:durableId="1281378388">
    <w:abstractNumId w:val="2"/>
  </w:num>
  <w:num w:numId="5" w16cid:durableId="1789663663">
    <w:abstractNumId w:val="8"/>
  </w:num>
  <w:num w:numId="6" w16cid:durableId="1792893885">
    <w:abstractNumId w:val="0"/>
  </w:num>
  <w:num w:numId="7" w16cid:durableId="658190407">
    <w:abstractNumId w:val="6"/>
  </w:num>
  <w:num w:numId="8" w16cid:durableId="854537007">
    <w:abstractNumId w:val="7"/>
  </w:num>
  <w:num w:numId="9" w16cid:durableId="942884009">
    <w:abstractNumId w:val="1"/>
  </w:num>
  <w:num w:numId="10" w16cid:durableId="97988325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 RIDDER Karin (EPSO)">
    <w15:presenceInfo w15:providerId="AD" w15:userId="S::Karin.DE-RIDDER@ec.europa.eu::98798ebb-72ef-4169-8840-df2bef49292d"/>
  </w15:person>
  <w15:person w15:author="CINO Melanie (EPSO)">
    <w15:presenceInfo w15:providerId="AD" w15:userId="S::Melanie.CINO@ec.europa.eu::a62ac63e-8629-405e-ae6f-24e8b89859e2"/>
  </w15:person>
  <w15:person w15:author="WILDEBOER Annichje (EPSO)">
    <w15:presenceInfo w15:providerId="AD" w15:userId="S::Annichje.WILDEBOER@ec.europa.eu::cf990a82-d158-444c-946b-b7d3e1a5f16f"/>
  </w15:person>
  <w15:person w15:author="MEIJER Astrid (EPSO)">
    <w15:presenceInfo w15:providerId="AD" w15:userId="S::astrid.meijer@ec.europa.eu::f0780017-4f5c-4bf3-bc2b-e80d8149b1a3"/>
  </w15:person>
  <w15:person w15:author="BALTHAZART Ingrid (EPSO)">
    <w15:presenceInfo w15:providerId="AD" w15:userId="S::ingrid.balthazart@ec.europa.eu::bb7a7219-ec68-4b22-90e3-a201ed5adb1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B47730"/>
    <w:rsid w:val="0000507F"/>
    <w:rsid w:val="0000528B"/>
    <w:rsid w:val="0001099C"/>
    <w:rsid w:val="00015A36"/>
    <w:rsid w:val="00034616"/>
    <w:rsid w:val="00036030"/>
    <w:rsid w:val="00040E41"/>
    <w:rsid w:val="00045433"/>
    <w:rsid w:val="0006063C"/>
    <w:rsid w:val="00060C01"/>
    <w:rsid w:val="00061F39"/>
    <w:rsid w:val="0008196E"/>
    <w:rsid w:val="000829C4"/>
    <w:rsid w:val="000857A9"/>
    <w:rsid w:val="000A062F"/>
    <w:rsid w:val="000A1A87"/>
    <w:rsid w:val="000B296B"/>
    <w:rsid w:val="000C5415"/>
    <w:rsid w:val="000D0DB7"/>
    <w:rsid w:val="000F6C9D"/>
    <w:rsid w:val="001115C5"/>
    <w:rsid w:val="00133DCF"/>
    <w:rsid w:val="00135201"/>
    <w:rsid w:val="001374B0"/>
    <w:rsid w:val="00140DD3"/>
    <w:rsid w:val="0015074B"/>
    <w:rsid w:val="00151D9F"/>
    <w:rsid w:val="00163861"/>
    <w:rsid w:val="00190460"/>
    <w:rsid w:val="00192936"/>
    <w:rsid w:val="00192FE3"/>
    <w:rsid w:val="001966C4"/>
    <w:rsid w:val="001A51A1"/>
    <w:rsid w:val="001B3460"/>
    <w:rsid w:val="001B635A"/>
    <w:rsid w:val="001C39EC"/>
    <w:rsid w:val="001C5181"/>
    <w:rsid w:val="001C5EEF"/>
    <w:rsid w:val="001D47B9"/>
    <w:rsid w:val="001D5138"/>
    <w:rsid w:val="001D6419"/>
    <w:rsid w:val="001F41A1"/>
    <w:rsid w:val="0020627E"/>
    <w:rsid w:val="002137FF"/>
    <w:rsid w:val="00214EE6"/>
    <w:rsid w:val="00221DCA"/>
    <w:rsid w:val="00230783"/>
    <w:rsid w:val="00234654"/>
    <w:rsid w:val="0023527A"/>
    <w:rsid w:val="00236448"/>
    <w:rsid w:val="00240BEB"/>
    <w:rsid w:val="002470D3"/>
    <w:rsid w:val="00255D26"/>
    <w:rsid w:val="00263B63"/>
    <w:rsid w:val="00271A14"/>
    <w:rsid w:val="002747C8"/>
    <w:rsid w:val="00277088"/>
    <w:rsid w:val="00277C84"/>
    <w:rsid w:val="002807CF"/>
    <w:rsid w:val="00283F55"/>
    <w:rsid w:val="00292D09"/>
    <w:rsid w:val="00293621"/>
    <w:rsid w:val="0029639D"/>
    <w:rsid w:val="00296646"/>
    <w:rsid w:val="002A5C94"/>
    <w:rsid w:val="002A7976"/>
    <w:rsid w:val="002B2629"/>
    <w:rsid w:val="002B4387"/>
    <w:rsid w:val="002C00A6"/>
    <w:rsid w:val="002F0927"/>
    <w:rsid w:val="00314562"/>
    <w:rsid w:val="00320FA8"/>
    <w:rsid w:val="00326452"/>
    <w:rsid w:val="00326F90"/>
    <w:rsid w:val="00332AB2"/>
    <w:rsid w:val="00356FEF"/>
    <w:rsid w:val="003657A9"/>
    <w:rsid w:val="00371BE1"/>
    <w:rsid w:val="0037354B"/>
    <w:rsid w:val="003820D9"/>
    <w:rsid w:val="00385BF1"/>
    <w:rsid w:val="00396692"/>
    <w:rsid w:val="003A3150"/>
    <w:rsid w:val="003C2562"/>
    <w:rsid w:val="003C67FE"/>
    <w:rsid w:val="003D1562"/>
    <w:rsid w:val="003D2E53"/>
    <w:rsid w:val="003D559E"/>
    <w:rsid w:val="003E19A5"/>
    <w:rsid w:val="003E5E31"/>
    <w:rsid w:val="003E6913"/>
    <w:rsid w:val="004021AF"/>
    <w:rsid w:val="00402587"/>
    <w:rsid w:val="00402621"/>
    <w:rsid w:val="00402B27"/>
    <w:rsid w:val="00414A55"/>
    <w:rsid w:val="00416F3D"/>
    <w:rsid w:val="00422526"/>
    <w:rsid w:val="004244CE"/>
    <w:rsid w:val="0042610A"/>
    <w:rsid w:val="00427C9C"/>
    <w:rsid w:val="004370A4"/>
    <w:rsid w:val="00437149"/>
    <w:rsid w:val="00441D92"/>
    <w:rsid w:val="00453665"/>
    <w:rsid w:val="00453FAD"/>
    <w:rsid w:val="00465EC6"/>
    <w:rsid w:val="00471DE4"/>
    <w:rsid w:val="004722B9"/>
    <w:rsid w:val="00480C19"/>
    <w:rsid w:val="00486349"/>
    <w:rsid w:val="004906A1"/>
    <w:rsid w:val="0049076D"/>
    <w:rsid w:val="00491510"/>
    <w:rsid w:val="004A6810"/>
    <w:rsid w:val="004C18F7"/>
    <w:rsid w:val="004D6151"/>
    <w:rsid w:val="004F1DDE"/>
    <w:rsid w:val="00506C29"/>
    <w:rsid w:val="00514281"/>
    <w:rsid w:val="00515137"/>
    <w:rsid w:val="0055388D"/>
    <w:rsid w:val="00554271"/>
    <w:rsid w:val="00556660"/>
    <w:rsid w:val="00565782"/>
    <w:rsid w:val="00591410"/>
    <w:rsid w:val="005916AB"/>
    <w:rsid w:val="00591959"/>
    <w:rsid w:val="005A2526"/>
    <w:rsid w:val="005B0D2D"/>
    <w:rsid w:val="005B4715"/>
    <w:rsid w:val="005B49FF"/>
    <w:rsid w:val="005C1699"/>
    <w:rsid w:val="005C6048"/>
    <w:rsid w:val="005C73CA"/>
    <w:rsid w:val="005D2664"/>
    <w:rsid w:val="005D35ED"/>
    <w:rsid w:val="005D43D7"/>
    <w:rsid w:val="005E0FC5"/>
    <w:rsid w:val="005F2EA4"/>
    <w:rsid w:val="005F7C95"/>
    <w:rsid w:val="006045AA"/>
    <w:rsid w:val="00610236"/>
    <w:rsid w:val="00610C60"/>
    <w:rsid w:val="00614419"/>
    <w:rsid w:val="00614449"/>
    <w:rsid w:val="00630135"/>
    <w:rsid w:val="006339A9"/>
    <w:rsid w:val="00635C9A"/>
    <w:rsid w:val="00636F3D"/>
    <w:rsid w:val="00644B11"/>
    <w:rsid w:val="00657891"/>
    <w:rsid w:val="00665F2E"/>
    <w:rsid w:val="00666787"/>
    <w:rsid w:val="0066793A"/>
    <w:rsid w:val="0068325B"/>
    <w:rsid w:val="00684083"/>
    <w:rsid w:val="00692B28"/>
    <w:rsid w:val="006A0E3A"/>
    <w:rsid w:val="006A27E3"/>
    <w:rsid w:val="006A5EAF"/>
    <w:rsid w:val="006B182C"/>
    <w:rsid w:val="006C6CB8"/>
    <w:rsid w:val="006C7C09"/>
    <w:rsid w:val="006E1529"/>
    <w:rsid w:val="006F4F18"/>
    <w:rsid w:val="007053CD"/>
    <w:rsid w:val="00723A33"/>
    <w:rsid w:val="00742766"/>
    <w:rsid w:val="00746271"/>
    <w:rsid w:val="0075737A"/>
    <w:rsid w:val="00762B2C"/>
    <w:rsid w:val="00763508"/>
    <w:rsid w:val="007637B4"/>
    <w:rsid w:val="00766CC7"/>
    <w:rsid w:val="0078044A"/>
    <w:rsid w:val="00781A5F"/>
    <w:rsid w:val="00781B74"/>
    <w:rsid w:val="00787636"/>
    <w:rsid w:val="007A0499"/>
    <w:rsid w:val="007A3FF1"/>
    <w:rsid w:val="007A68BB"/>
    <w:rsid w:val="007D271C"/>
    <w:rsid w:val="007D3DFB"/>
    <w:rsid w:val="007D4990"/>
    <w:rsid w:val="007E5E93"/>
    <w:rsid w:val="007F2B37"/>
    <w:rsid w:val="007F38F0"/>
    <w:rsid w:val="007F7862"/>
    <w:rsid w:val="00800AE5"/>
    <w:rsid w:val="00844C78"/>
    <w:rsid w:val="0085126C"/>
    <w:rsid w:val="00854889"/>
    <w:rsid w:val="008754DB"/>
    <w:rsid w:val="00876984"/>
    <w:rsid w:val="008849AF"/>
    <w:rsid w:val="0089197F"/>
    <w:rsid w:val="008A0433"/>
    <w:rsid w:val="008A5513"/>
    <w:rsid w:val="008B1455"/>
    <w:rsid w:val="008C1EF8"/>
    <w:rsid w:val="008D338F"/>
    <w:rsid w:val="008D7A4B"/>
    <w:rsid w:val="008E7025"/>
    <w:rsid w:val="008E7110"/>
    <w:rsid w:val="008F3030"/>
    <w:rsid w:val="00905667"/>
    <w:rsid w:val="009179F3"/>
    <w:rsid w:val="00920793"/>
    <w:rsid w:val="00924262"/>
    <w:rsid w:val="00932BCA"/>
    <w:rsid w:val="00934CEA"/>
    <w:rsid w:val="0094431A"/>
    <w:rsid w:val="009814FD"/>
    <w:rsid w:val="0099057E"/>
    <w:rsid w:val="00991E11"/>
    <w:rsid w:val="00993FFC"/>
    <w:rsid w:val="00996CCB"/>
    <w:rsid w:val="009A24AC"/>
    <w:rsid w:val="009A37EB"/>
    <w:rsid w:val="009A4156"/>
    <w:rsid w:val="009A7368"/>
    <w:rsid w:val="009B2F32"/>
    <w:rsid w:val="009B416C"/>
    <w:rsid w:val="009B682F"/>
    <w:rsid w:val="009C04F5"/>
    <w:rsid w:val="009C1F15"/>
    <w:rsid w:val="009C43AB"/>
    <w:rsid w:val="009C7844"/>
    <w:rsid w:val="009D0733"/>
    <w:rsid w:val="009D34DF"/>
    <w:rsid w:val="009E19B2"/>
    <w:rsid w:val="009E4ED3"/>
    <w:rsid w:val="009F1E7D"/>
    <w:rsid w:val="009F7E73"/>
    <w:rsid w:val="00A10D88"/>
    <w:rsid w:val="00A14A20"/>
    <w:rsid w:val="00A15888"/>
    <w:rsid w:val="00A168F7"/>
    <w:rsid w:val="00A176C8"/>
    <w:rsid w:val="00A17871"/>
    <w:rsid w:val="00A23EE4"/>
    <w:rsid w:val="00A24D6D"/>
    <w:rsid w:val="00A401A2"/>
    <w:rsid w:val="00A40327"/>
    <w:rsid w:val="00A52383"/>
    <w:rsid w:val="00A77352"/>
    <w:rsid w:val="00A81A45"/>
    <w:rsid w:val="00A83339"/>
    <w:rsid w:val="00A91EB1"/>
    <w:rsid w:val="00A9545D"/>
    <w:rsid w:val="00A978BD"/>
    <w:rsid w:val="00AA1D8D"/>
    <w:rsid w:val="00AA1E24"/>
    <w:rsid w:val="00AA21B8"/>
    <w:rsid w:val="00AA42BE"/>
    <w:rsid w:val="00AA56C8"/>
    <w:rsid w:val="00AB79B0"/>
    <w:rsid w:val="00AC3596"/>
    <w:rsid w:val="00AE0299"/>
    <w:rsid w:val="00AE3330"/>
    <w:rsid w:val="00AE62C0"/>
    <w:rsid w:val="00AF2F24"/>
    <w:rsid w:val="00B02512"/>
    <w:rsid w:val="00B03DA9"/>
    <w:rsid w:val="00B05AE2"/>
    <w:rsid w:val="00B23373"/>
    <w:rsid w:val="00B265AD"/>
    <w:rsid w:val="00B40F72"/>
    <w:rsid w:val="00B4198F"/>
    <w:rsid w:val="00B43402"/>
    <w:rsid w:val="00B43C4F"/>
    <w:rsid w:val="00B47730"/>
    <w:rsid w:val="00B54FBA"/>
    <w:rsid w:val="00B57EF4"/>
    <w:rsid w:val="00B63951"/>
    <w:rsid w:val="00B64C17"/>
    <w:rsid w:val="00B72A78"/>
    <w:rsid w:val="00B8335B"/>
    <w:rsid w:val="00B92C32"/>
    <w:rsid w:val="00B960F9"/>
    <w:rsid w:val="00B9711C"/>
    <w:rsid w:val="00BA00DA"/>
    <w:rsid w:val="00BB110B"/>
    <w:rsid w:val="00BC7022"/>
    <w:rsid w:val="00BD4615"/>
    <w:rsid w:val="00BD55DB"/>
    <w:rsid w:val="00BD71FC"/>
    <w:rsid w:val="00BD7788"/>
    <w:rsid w:val="00BE1AFE"/>
    <w:rsid w:val="00BE40D8"/>
    <w:rsid w:val="00BF1B92"/>
    <w:rsid w:val="00BF782A"/>
    <w:rsid w:val="00C017E0"/>
    <w:rsid w:val="00C053FE"/>
    <w:rsid w:val="00C0635C"/>
    <w:rsid w:val="00C1134F"/>
    <w:rsid w:val="00C26176"/>
    <w:rsid w:val="00C3773E"/>
    <w:rsid w:val="00C43BAF"/>
    <w:rsid w:val="00C60D82"/>
    <w:rsid w:val="00C648CA"/>
    <w:rsid w:val="00C9196F"/>
    <w:rsid w:val="00C97547"/>
    <w:rsid w:val="00CA2B7D"/>
    <w:rsid w:val="00CA3CC7"/>
    <w:rsid w:val="00CB0664"/>
    <w:rsid w:val="00CB57D6"/>
    <w:rsid w:val="00CB5E2A"/>
    <w:rsid w:val="00CC0DC7"/>
    <w:rsid w:val="00CC2E01"/>
    <w:rsid w:val="00CC2FEB"/>
    <w:rsid w:val="00CC3F04"/>
    <w:rsid w:val="00CD25DA"/>
    <w:rsid w:val="00CE65AB"/>
    <w:rsid w:val="00CE68BB"/>
    <w:rsid w:val="00D007F6"/>
    <w:rsid w:val="00D11BC5"/>
    <w:rsid w:val="00D1602C"/>
    <w:rsid w:val="00D1650E"/>
    <w:rsid w:val="00D21F4A"/>
    <w:rsid w:val="00D26E96"/>
    <w:rsid w:val="00D42BF5"/>
    <w:rsid w:val="00D44518"/>
    <w:rsid w:val="00D44F16"/>
    <w:rsid w:val="00D45A59"/>
    <w:rsid w:val="00D4640D"/>
    <w:rsid w:val="00D506AB"/>
    <w:rsid w:val="00D52F3B"/>
    <w:rsid w:val="00D53191"/>
    <w:rsid w:val="00D57F2B"/>
    <w:rsid w:val="00D827D0"/>
    <w:rsid w:val="00D853D8"/>
    <w:rsid w:val="00D97E60"/>
    <w:rsid w:val="00DA1A14"/>
    <w:rsid w:val="00DB7CB1"/>
    <w:rsid w:val="00DC2ED5"/>
    <w:rsid w:val="00DC3218"/>
    <w:rsid w:val="00DD0397"/>
    <w:rsid w:val="00DD6D4F"/>
    <w:rsid w:val="00DF34A9"/>
    <w:rsid w:val="00DF3F1A"/>
    <w:rsid w:val="00DF4BD3"/>
    <w:rsid w:val="00E03037"/>
    <w:rsid w:val="00E045AA"/>
    <w:rsid w:val="00E0520E"/>
    <w:rsid w:val="00E05693"/>
    <w:rsid w:val="00E07E87"/>
    <w:rsid w:val="00E23696"/>
    <w:rsid w:val="00E316CC"/>
    <w:rsid w:val="00E351A2"/>
    <w:rsid w:val="00E37130"/>
    <w:rsid w:val="00E40AB1"/>
    <w:rsid w:val="00E41ACF"/>
    <w:rsid w:val="00E41F24"/>
    <w:rsid w:val="00E45A43"/>
    <w:rsid w:val="00E526D9"/>
    <w:rsid w:val="00E6506D"/>
    <w:rsid w:val="00E652E8"/>
    <w:rsid w:val="00E86C2E"/>
    <w:rsid w:val="00EA0614"/>
    <w:rsid w:val="00ED0DC7"/>
    <w:rsid w:val="00F01AE7"/>
    <w:rsid w:val="00F0501F"/>
    <w:rsid w:val="00F23B2E"/>
    <w:rsid w:val="00F23C85"/>
    <w:rsid w:val="00F372FB"/>
    <w:rsid w:val="00F41A43"/>
    <w:rsid w:val="00F51043"/>
    <w:rsid w:val="00F52089"/>
    <w:rsid w:val="00F52ABE"/>
    <w:rsid w:val="00F609DB"/>
    <w:rsid w:val="00F65B60"/>
    <w:rsid w:val="00F721C8"/>
    <w:rsid w:val="00F74AB3"/>
    <w:rsid w:val="00F777A1"/>
    <w:rsid w:val="00F84E72"/>
    <w:rsid w:val="00F96F62"/>
    <w:rsid w:val="00FA4AB4"/>
    <w:rsid w:val="00FA68C9"/>
    <w:rsid w:val="00FB1A01"/>
    <w:rsid w:val="00FB1BEB"/>
    <w:rsid w:val="00FB2619"/>
    <w:rsid w:val="00FB4CB9"/>
    <w:rsid w:val="00FC693F"/>
    <w:rsid w:val="00FD598D"/>
    <w:rsid w:val="00FE1691"/>
    <w:rsid w:val="00FE3A89"/>
    <w:rsid w:val="00FE5784"/>
    <w:rsid w:val="00FF0944"/>
    <w:rsid w:val="03405E52"/>
    <w:rsid w:val="0767BCE4"/>
    <w:rsid w:val="0C114F63"/>
    <w:rsid w:val="0F9076DE"/>
    <w:rsid w:val="0F92506F"/>
    <w:rsid w:val="105A4B4C"/>
    <w:rsid w:val="13D3B6B7"/>
    <w:rsid w:val="1CC2C742"/>
    <w:rsid w:val="2328A6AE"/>
    <w:rsid w:val="2488BB92"/>
    <w:rsid w:val="28B9303E"/>
    <w:rsid w:val="327E4524"/>
    <w:rsid w:val="3619A39C"/>
    <w:rsid w:val="3879EA18"/>
    <w:rsid w:val="3C310227"/>
    <w:rsid w:val="402DD3A2"/>
    <w:rsid w:val="41E2A4FE"/>
    <w:rsid w:val="46D34017"/>
    <w:rsid w:val="47CCBC66"/>
    <w:rsid w:val="4956EE00"/>
    <w:rsid w:val="4CE8C634"/>
    <w:rsid w:val="4E2CE969"/>
    <w:rsid w:val="4EFDBDEA"/>
    <w:rsid w:val="527401C8"/>
    <w:rsid w:val="5A15094E"/>
    <w:rsid w:val="5AB24C62"/>
    <w:rsid w:val="5AF8DF7E"/>
    <w:rsid w:val="5F270EF5"/>
    <w:rsid w:val="5FB005B7"/>
    <w:rsid w:val="6000E66B"/>
    <w:rsid w:val="63D049D1"/>
    <w:rsid w:val="65297C24"/>
    <w:rsid w:val="69AAAE0A"/>
    <w:rsid w:val="6CA05017"/>
    <w:rsid w:val="6D4C1C82"/>
    <w:rsid w:val="71510671"/>
    <w:rsid w:val="73314CE1"/>
    <w:rsid w:val="7659C403"/>
    <w:rsid w:val="7758087B"/>
    <w:rsid w:val="790529D0"/>
    <w:rsid w:val="791A0CCA"/>
    <w:rsid w:val="7C95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F563D1"/>
  <w14:defaultImageDpi w14:val="300"/>
  <w15:docId w15:val="{B6439E56-3AFE-4FDB-B3E2-BEDC7E61D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657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57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91959"/>
    <w:pPr>
      <w:spacing w:after="0" w:line="240" w:lineRule="auto"/>
    </w:pPr>
    <w:rPr>
      <w:rFonts w:ascii="Arial" w:eastAsia="Times New Roman" w:hAnsi="Arial"/>
      <w:sz w:val="17"/>
    </w:rPr>
  </w:style>
  <w:style w:type="paragraph" w:styleId="CommentText">
    <w:name w:val="annotation text"/>
    <w:basedOn w:val="Normal"/>
    <w:link w:val="CommentTextChar"/>
    <w:uiPriority w:val="99"/>
    <w:unhideWhenUsed/>
    <w:rsid w:val="005919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1959"/>
    <w:rPr>
      <w:rFonts w:ascii="Arial" w:eastAsia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9195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35A"/>
    <w:rPr>
      <w:rFonts w:ascii="Arial" w:eastAsia="Times New Roman" w:hAnsi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1B635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5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ec.europa.eu/dpo-register/detail/DPR-EC-30388.1" TargetMode="Externa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F268F16E-8265-41EE-B3FA-FB9F68DEB1B0}">
    <t:Anchor>
      <t:Comment id="668763804"/>
    </t:Anchor>
    <t:History>
      <t:Event id="{33A6ACC5-B47F-4614-8A5D-43779483AB44}" time="2026-09-29T09:31:52.797Z">
        <t:Attribution userId="S::Karin.DE-RIDDER@ec.europa.eu::98798ebb-72ef-4169-8840-df2bef49292d" userProvider="AD" userName="DE RIDDER Karin (EPSO)"/>
        <t:Anchor>
          <t:Comment id="668763804"/>
        </t:Anchor>
        <t:Create/>
      </t:Event>
      <t:Event id="{4F7E6717-C5F0-428E-87E3-CB82E75B6C34}" time="2026-09-29T09:31:52.797Z">
        <t:Attribution userId="S::Karin.DE-RIDDER@ec.europa.eu::98798ebb-72ef-4169-8840-df2bef49292d" userProvider="AD" userName="DE RIDDER Karin (EPSO)"/>
        <t:Anchor>
          <t:Comment id="668763804"/>
        </t:Anchor>
        <t:Assign userId="S::Annichje.WILDEBOER@ec.europa.eu::cf990a82-d158-444c-946b-b7d3e1a5f16f" userProvider="AD" userName="WILDEBOER Annichje (EPSO)"/>
      </t:Event>
      <t:Event id="{1DE2BC6A-6089-409D-849D-DDD5BC95B44D}" time="2026-09-29T09:31:52.797Z">
        <t:Attribution userId="S::Karin.DE-RIDDER@ec.europa.eu::98798ebb-72ef-4169-8840-df2bef49292d" userProvider="AD" userName="DE RIDDER Karin (EPSO)"/>
        <t:Anchor>
          <t:Comment id="668763804"/>
        </t:Anchor>
        <t:SetTitle title="@WILDEBOER Annichje (EPSO) @MEIJER Astrid (EPSO) I believe we agreed that this form will be send by your team to us, right? So I can remove it from this list from the candidate?"/>
      </t:Event>
    </t:History>
  </t:Task>
  <t:Task id="{67E2A299-5AAB-410E-BE75-4A2276ECE178}">
    <t:Anchor>
      <t:Comment id="1811400930"/>
    </t:Anchor>
    <t:History>
      <t:Event id="{E34735C8-6A00-44B4-8035-E1CB8CDAE340}" time="2026-09-29T09:53:43.741Z">
        <t:Attribution userId="S::Karin.DE-RIDDER@ec.europa.eu::98798ebb-72ef-4169-8840-df2bef49292d" userProvider="AD" userName="DE RIDDER Karin (EPSO)"/>
        <t:Anchor>
          <t:Comment id="1811400930"/>
        </t:Anchor>
        <t:Create/>
      </t:Event>
      <t:Event id="{3F5CC673-C467-4527-8622-35B8E45FF58C}" time="2026-09-29T09:53:43.741Z">
        <t:Attribution userId="S::Karin.DE-RIDDER@ec.europa.eu::98798ebb-72ef-4169-8840-df2bef49292d" userProvider="AD" userName="DE RIDDER Karin (EPSO)"/>
        <t:Anchor>
          <t:Comment id="1811400930"/>
        </t:Anchor>
        <t:Assign userId="S::Melanie.CINO@ec.europa.eu::a62ac63e-8629-405e-ae6f-24e8b89859e2" userProvider="AD" userName="CINO Melanie (EPSO)"/>
      </t:Event>
      <t:Event id="{7D149616-BB54-4F78-A2A5-20CCF90FBD1A}" time="2026-09-29T09:53:43.741Z">
        <t:Attribution userId="S::Karin.DE-RIDDER@ec.europa.eu::98798ebb-72ef-4169-8840-df2bef49292d" userProvider="AD" userName="DE RIDDER Karin (EPSO)"/>
        <t:Anchor>
          <t:Comment id="1811400930"/>
        </t:Anchor>
        <t:SetTitle title="@CINO Melanie (EPSO) so maybe we need to put here in (without prior request, normal rules will apply)?"/>
      </t:Event>
      <t:Event id="{8545555B-9CC0-4FC5-BF36-5756D5DBCE5D}" time="2026-09-29T10:48:43.207Z">
        <t:Attribution userId="S::Melanie.CINO@ec.europa.eu::a62ac63e-8629-405e-ae6f-24e8b89859e2" userProvider="AD" userName="CINO Melanie (EPSO)"/>
        <t:Anchor>
          <t:Comment id="1853191289"/>
        </t:Anchor>
        <t:UnassignAll/>
      </t:Event>
      <t:Event id="{6F8867FF-4CD1-4CCA-9F11-40A94CDF83AA}" time="2026-09-29T10:48:43.207Z">
        <t:Attribution userId="S::Melanie.CINO@ec.europa.eu::a62ac63e-8629-405e-ae6f-24e8b89859e2" userProvider="AD" userName="CINO Melanie (EPSO)"/>
        <t:Anchor>
          <t:Comment id="1853191289"/>
        </t:Anchor>
        <t:Assign userId="S::Karin.DE-RIDDER@ec.europa.eu::98798ebb-72ef-4169-8840-df2bef49292d" userProvider="AD" userName="DE RIDDER Karin (EPSO)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9cef25-b737-4eb3-a5fa-a2a961474222" xsi:nil="true"/>
    <lcf76f155ced4ddcb4097134ff3c332f xmlns="f119e996-332a-400b-80e8-f09e41a655d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F9E454F49D3843AB58F2838D24BF35" ma:contentTypeVersion="13" ma:contentTypeDescription="Create a new document." ma:contentTypeScope="" ma:versionID="2d7273318869a324cb3934f2dcbe7f4f">
  <xsd:schema xmlns:xsd="http://www.w3.org/2001/XMLSchema" xmlns:xs="http://www.w3.org/2001/XMLSchema" xmlns:p="http://schemas.microsoft.com/office/2006/metadata/properties" xmlns:ns2="f119e996-332a-400b-80e8-f09e41a655d6" xmlns:ns3="629cef25-b737-4eb3-a5fa-a2a961474222" targetNamespace="http://schemas.microsoft.com/office/2006/metadata/properties" ma:root="true" ma:fieldsID="7792386cd3bdb8a6983c4915eaaabd05" ns2:_="" ns3:_="">
    <xsd:import namespace="f119e996-332a-400b-80e8-f09e41a655d6"/>
    <xsd:import namespace="629cef25-b737-4eb3-a5fa-a2a9614742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9e996-332a-400b-80e8-f09e41a655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cef25-b737-4eb3-a5fa-a2a9614742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3a47c257-8244-4b47-a4cf-724c4923f162}" ma:internalName="TaxCatchAll" ma:showField="CatchAllData" ma:web="629cef25-b737-4eb3-a5fa-a2a9614742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236C5F-5871-411C-87DC-ACBC611CE88D}">
  <ds:schemaRefs>
    <ds:schemaRef ds:uri="http://schemas.microsoft.com/office/2006/metadata/properties"/>
    <ds:schemaRef ds:uri="http://schemas.microsoft.com/office/infopath/2007/PartnerControls"/>
    <ds:schemaRef ds:uri="629cef25-b737-4eb3-a5fa-a2a961474222"/>
    <ds:schemaRef ds:uri="f119e996-332a-400b-80e8-f09e41a655d6"/>
  </ds:schemaRefs>
</ds:datastoreItem>
</file>

<file path=customXml/itemProps3.xml><?xml version="1.0" encoding="utf-8"?>
<ds:datastoreItem xmlns:ds="http://schemas.openxmlformats.org/officeDocument/2006/customXml" ds:itemID="{84E4AB55-AEC4-4729-A210-A94E4AF858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12BC34-0303-4E74-A2B2-07CDD27E9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9e996-332a-400b-80e8-f09e41a655d6"/>
    <ds:schemaRef ds:uri="629cef25-b737-4eb3-a5fa-a2a961474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432</Words>
  <Characters>2230</Characters>
  <Application>Microsoft Office Word</Application>
  <DocSecurity>0</DocSecurity>
  <Lines>148</Lines>
  <Paragraphs>71</Paragraphs>
  <ScaleCrop>false</ScaleCrop>
  <Manager/>
  <Company/>
  <LinksUpToDate>false</LinksUpToDate>
  <CharactersWithSpaces>2591</CharactersWithSpaces>
  <SharedDoc>false</SharedDoc>
  <HyperlinkBase/>
  <HLinks>
    <vt:vector size="42" baseType="variant">
      <vt:variant>
        <vt:i4>7929917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https://ec.europa.eu/dpo-register/detail/DPR-EC-30388.1</vt:lpwstr>
      </vt:variant>
      <vt:variant>
        <vt:lpwstr/>
      </vt:variant>
      <vt:variant>
        <vt:i4>2031670</vt:i4>
      </vt:variant>
      <vt:variant>
        <vt:i4>15</vt:i4>
      </vt:variant>
      <vt:variant>
        <vt:i4>0</vt:i4>
      </vt:variant>
      <vt:variant>
        <vt:i4>5</vt:i4>
      </vt:variant>
      <vt:variant>
        <vt:lpwstr>mailto:Ingrid.BALTHAZART@ec.europa.eu</vt:lpwstr>
      </vt:variant>
      <vt:variant>
        <vt:lpwstr/>
      </vt:variant>
      <vt:variant>
        <vt:i4>6226038</vt:i4>
      </vt:variant>
      <vt:variant>
        <vt:i4>12</vt:i4>
      </vt:variant>
      <vt:variant>
        <vt:i4>0</vt:i4>
      </vt:variant>
      <vt:variant>
        <vt:i4>5</vt:i4>
      </vt:variant>
      <vt:variant>
        <vt:lpwstr>mailto:Annichje.WILDEBOER@ec.europa.eu</vt:lpwstr>
      </vt:variant>
      <vt:variant>
        <vt:lpwstr/>
      </vt:variant>
      <vt:variant>
        <vt:i4>1572900</vt:i4>
      </vt:variant>
      <vt:variant>
        <vt:i4>9</vt:i4>
      </vt:variant>
      <vt:variant>
        <vt:i4>0</vt:i4>
      </vt:variant>
      <vt:variant>
        <vt:i4>5</vt:i4>
      </vt:variant>
      <vt:variant>
        <vt:lpwstr>mailto:Astrid.MEIJER@ec.europa.eu</vt:lpwstr>
      </vt:variant>
      <vt:variant>
        <vt:lpwstr/>
      </vt:variant>
      <vt:variant>
        <vt:i4>6226038</vt:i4>
      </vt:variant>
      <vt:variant>
        <vt:i4>6</vt:i4>
      </vt:variant>
      <vt:variant>
        <vt:i4>0</vt:i4>
      </vt:variant>
      <vt:variant>
        <vt:i4>5</vt:i4>
      </vt:variant>
      <vt:variant>
        <vt:lpwstr>mailto:Annichje.WILDEBOER@ec.europa.eu</vt:lpwstr>
      </vt:variant>
      <vt:variant>
        <vt:lpwstr/>
      </vt:variant>
      <vt:variant>
        <vt:i4>7733264</vt:i4>
      </vt:variant>
      <vt:variant>
        <vt:i4>3</vt:i4>
      </vt:variant>
      <vt:variant>
        <vt:i4>0</vt:i4>
      </vt:variant>
      <vt:variant>
        <vt:i4>5</vt:i4>
      </vt:variant>
      <vt:variant>
        <vt:lpwstr>mailto:Karin.DE-RIDDER@ec.europa.eu</vt:lpwstr>
      </vt:variant>
      <vt:variant>
        <vt:lpwstr/>
      </vt:variant>
      <vt:variant>
        <vt:i4>7995482</vt:i4>
      </vt:variant>
      <vt:variant>
        <vt:i4>0</vt:i4>
      </vt:variant>
      <vt:variant>
        <vt:i4>0</vt:i4>
      </vt:variant>
      <vt:variant>
        <vt:i4>5</vt:i4>
      </vt:variant>
      <vt:variant>
        <vt:lpwstr>mailto:Melanie.CINO@ec.europa.eu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PICARELLA Antonella (EPSO)</cp:lastModifiedBy>
  <cp:revision>2</cp:revision>
  <dcterms:created xsi:type="dcterms:W3CDTF">2026-10-02T10:58:00Z</dcterms:created>
  <dcterms:modified xsi:type="dcterms:W3CDTF">2026-10-02T10:58:00Z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2026-09-16T09:24:24Z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cec73f5f-eb40-4add-83e2-0a5bd56abc5b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  <property fmtid="{D5CDD505-2E9C-101B-9397-08002B2CF9AE}" pid="10" name="ContentTypeId">
    <vt:lpwstr>0x01010099F9E454F49D3843AB58F2838D24BF35</vt:lpwstr>
  </property>
  <property fmtid="{D5CDD505-2E9C-101B-9397-08002B2CF9AE}" pid="11" name="MediaServiceImageTags">
    <vt:lpwstr/>
  </property>
</Properties>
</file>